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לומדים עברית בשירים – 20 יחידות</w:t>
            </w:r>
          </w:p>
          <w:p>
            <w:pPr>
              <w:bidi/>
              <w:jc w:val="right"/>
            </w:pPr>
            <w:r>
              <w:rPr>
                <w:rFonts w:ascii="Arial" w:hAnsi="Arial" w:cs="Arial" w:eastAsia="Arial"/>
                <w:lang w:val="he-IL" w:bidi="he-IL"/>
                <w:b/>
                <w:color w:val="3C1361"/>
                <w:sz w:val="32"/>
                <w:rtl/>
                <w:szCs w:val="32"/>
                <w:bCs/>
              </w:rPr>
              <w:t>חוברת תרגול – לומדים עברית בשירים: 20 יחידות</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לזהות ולהשתמש נכון בתבניות לשוניות מרכזיות (הווה, התפעל, משפט סתמי, דרגות השוואה) דרך שירים ישראליים.</w:t>
      </w:r>
    </w:p>
    <w:p>
      <w:pPr>
        <w:bidi/>
        <w:spacing w:after="80"/>
        <w:jc w:val="right"/>
      </w:pPr>
      <w:r>
        <w:rPr>
          <w:rFonts w:ascii="Arial" w:hAnsi="Arial" w:cs="Arial" w:eastAsia="Arial"/>
          <w:lang w:val="he-IL" w:bidi="he-IL"/>
          <w:sz w:val="22"/>
          <w:rtl/>
          <w:szCs w:val="22"/>
        </w:rPr>
        <w:t>• להרחיב אוצר מילים נושאי (זהות, מקומות, עבודה, גוף, תרבות) ולהשתמש בו בכתיבה חופשית.</w:t>
      </w:r>
    </w:p>
    <w:p>
      <w:pPr>
        <w:bidi/>
        <w:spacing w:after="80"/>
        <w:jc w:val="right"/>
      </w:pPr>
      <w:r>
        <w:rPr>
          <w:rFonts w:ascii="Arial" w:hAnsi="Arial" w:cs="Arial" w:eastAsia="Arial"/>
          <w:lang w:val="he-IL" w:bidi="he-IL"/>
          <w:sz w:val="22"/>
          <w:rtl/>
          <w:szCs w:val="22"/>
        </w:rPr>
        <w:t>• לנתח כיצד שיר מבטא רעיון תרבותי או חברתי (שייכות, רב־לשוניות, ישראליות) ולהביע עמדה אישית מנומקת.</w:t>
      </w:r>
    </w:p>
    <w:p>
      <w:pPr>
        <w:bidi/>
        <w:spacing w:after="80"/>
        <w:jc w:val="right"/>
      </w:pPr>
      <w:r>
        <w:rPr>
          <w:rFonts w:ascii="Arial" w:hAnsi="Arial" w:cs="Arial" w:eastAsia="Arial"/>
          <w:lang w:val="he-IL" w:bidi="he-IL"/>
          <w:sz w:val="22"/>
          <w:rtl/>
          <w:szCs w:val="22"/>
        </w:rPr>
        <w:t>• לתרגל מעבר בין רמות לשון (סלנג, לשון תקנית) ולהבין מתי משתמשים בכל אחת.</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היכרות וזהות – אוצר מילים וכינויי גוף</w:t>
      </w:r>
    </w:p>
    <w:p>
      <w:pPr>
        <w:bidi/>
        <w:spacing w:after="40"/>
        <w:jc w:val="right"/>
      </w:pPr>
      <w:r>
        <w:rPr>
          <w:rFonts w:ascii="Arial" w:hAnsi="Arial" w:cs="Arial" w:eastAsia="Arial"/>
          <w:lang w:val="he-IL" w:bidi="he-IL"/>
          <w:sz w:val="22"/>
          <w:rtl/>
          <w:szCs w:val="22"/>
        </w:rPr>
        <w:t>1. ג – מאיפה</w:t>
      </w:r>
    </w:p>
    <w:p>
      <w:pPr>
        <w:bidi/>
        <w:spacing w:after="40"/>
        <w:jc w:val="right"/>
      </w:pPr>
      <w:r>
        <w:rPr>
          <w:rFonts w:ascii="Arial" w:hAnsi="Arial" w:cs="Arial" w:eastAsia="Arial"/>
          <w:lang w:val="he-IL" w:bidi="he-IL"/>
          <w:sz w:val="22"/>
          <w:rtl/>
          <w:szCs w:val="22"/>
        </w:rPr>
        <w:t>2. ב – ברכת שלום ובוא בשלום</w:t>
      </w:r>
    </w:p>
    <w:p>
      <w:pPr>
        <w:bidi/>
        <w:spacing w:after="40"/>
        <w:jc w:val="right"/>
      </w:pPr>
      <w:r>
        <w:rPr>
          <w:rFonts w:ascii="Arial" w:hAnsi="Arial" w:cs="Arial" w:eastAsia="Arial"/>
          <w:lang w:val="he-IL" w:bidi="he-IL"/>
          <w:sz w:val="22"/>
          <w:rtl/>
          <w:szCs w:val="22"/>
        </w:rPr>
        <w:t>3. ב – בהגיית הניקוד בסוף המילה</w:t>
      </w:r>
    </w:p>
    <w:p>
      <w:pPr>
        <w:bidi/>
        <w:spacing w:after="40"/>
        <w:jc w:val="right"/>
      </w:pPr>
      <w:r>
        <w:rPr>
          <w:rFonts w:ascii="Arial" w:hAnsi="Arial" w:cs="Arial" w:eastAsia="Arial"/>
          <w:lang w:val="he-IL" w:bidi="he-IL"/>
          <w:sz w:val="22"/>
          <w:rtl/>
          <w:szCs w:val="22"/>
        </w:rPr>
        <w:t>4. ב – הן</w:t>
      </w:r>
    </w:p>
    <w:p>
      <w:pPr>
        <w:bidi/>
        <w:pStyle w:val="Heading3"/>
        <w:spacing w:after="80"/>
        <w:jc w:val="right"/>
      </w:pPr>
      <w:r>
        <w:rPr>
          <w:rFonts w:ascii="Arial" w:hAnsi="Arial" w:cs="Arial" w:eastAsia="Arial"/>
          <w:lang w:val="he-IL" w:bidi="he-IL"/>
          <w:b/>
          <w:color w:val="DD6B20"/>
          <w:sz w:val="26"/>
          <w:rtl/>
          <w:szCs w:val="26"/>
          <w:bCs/>
        </w:rPr>
        <w:t>חלק ב׳ – פרק 1 · היכרות וזהות – כינויי גוף ופנייה</w:t>
      </w:r>
    </w:p>
    <w:p>
      <w:pPr>
        <w:bidi/>
        <w:spacing w:after="40"/>
        <w:jc w:val="right"/>
      </w:pPr>
      <w:r>
        <w:rPr>
          <w:rFonts w:ascii="Arial" w:hAnsi="Arial" w:cs="Arial" w:eastAsia="Arial"/>
          <w:lang w:val="he-IL" w:bidi="he-IL"/>
          <w:sz w:val="22"/>
          <w:rtl/>
          <w:szCs w:val="22"/>
        </w:rPr>
        <w:t>1 – ה (פנייה לבן יחיד)</w:t>
      </w:r>
    </w:p>
    <w:p>
      <w:pPr>
        <w:bidi/>
        <w:spacing w:after="40"/>
        <w:jc w:val="right"/>
      </w:pPr>
      <w:r>
        <w:rPr>
          <w:rFonts w:ascii="Arial" w:hAnsi="Arial" w:cs="Arial" w:eastAsia="Arial"/>
          <w:lang w:val="he-IL" w:bidi="he-IL"/>
          <w:sz w:val="22"/>
          <w:rtl/>
          <w:szCs w:val="22"/>
        </w:rPr>
        <w:t>2 – ד (פנייה לבת יחידה)</w:t>
      </w:r>
    </w:p>
    <w:p>
      <w:pPr>
        <w:bidi/>
        <w:spacing w:after="40"/>
        <w:jc w:val="right"/>
      </w:pPr>
      <w:r>
        <w:rPr>
          <w:rFonts w:ascii="Arial" w:hAnsi="Arial" w:cs="Arial" w:eastAsia="Arial"/>
          <w:lang w:val="he-IL" w:bidi="he-IL"/>
          <w:sz w:val="22"/>
          <w:rtl/>
          <w:szCs w:val="22"/>
        </w:rPr>
        <w:t>3 – ב (פנייה לקבוצת בנות)</w:t>
      </w:r>
    </w:p>
    <w:p>
      <w:pPr>
        <w:bidi/>
        <w:spacing w:after="40"/>
        <w:jc w:val="right"/>
      </w:pPr>
      <w:r>
        <w:rPr>
          <w:rFonts w:ascii="Arial" w:hAnsi="Arial" w:cs="Arial" w:eastAsia="Arial"/>
          <w:lang w:val="he-IL" w:bidi="he-IL"/>
          <w:sz w:val="22"/>
          <w:rtl/>
          <w:szCs w:val="22"/>
        </w:rPr>
        <w:t>4 – ג (גוף שלישי רבים, זכרים או קבוצה מעורבת)</w:t>
      </w:r>
    </w:p>
    <w:p>
      <w:pPr>
        <w:bidi/>
        <w:spacing w:after="40"/>
        <w:jc w:val="right"/>
      </w:pPr>
      <w:r>
        <w:rPr>
          <w:rFonts w:ascii="Arial" w:hAnsi="Arial" w:cs="Arial" w:eastAsia="Arial"/>
          <w:lang w:val="he-IL" w:bidi="he-IL"/>
          <w:sz w:val="22"/>
          <w:rtl/>
          <w:szCs w:val="22"/>
        </w:rPr>
        <w:t>5 – א (שאלה על זהותו של אדם)</w:t>
      </w:r>
    </w:p>
    <w:p>
      <w:pPr>
        <w:bidi/>
        <w:pStyle w:val="Heading3"/>
        <w:spacing w:after="80"/>
        <w:jc w:val="right"/>
      </w:pPr>
      <w:r>
        <w:rPr>
          <w:rFonts w:ascii="Arial" w:hAnsi="Arial" w:cs="Arial" w:eastAsia="Arial"/>
          <w:lang w:val="he-IL" w:bidi="he-IL"/>
          <w:b/>
          <w:color w:val="3182CE"/>
          <w:sz w:val="26"/>
          <w:rtl/>
          <w:szCs w:val="26"/>
          <w:bCs/>
        </w:rPr>
        <w:t>חלק ג׳ – פרק 1 · היכרות וזהות – זהות, התאם וכתיבה</w:t>
      </w:r>
    </w:p>
    <w:p>
      <w:pPr>
        <w:bidi/>
        <w:spacing w:after="40"/>
        <w:jc w:val="right"/>
      </w:pPr>
      <w:r>
        <w:rPr>
          <w:rFonts w:ascii="Arial" w:hAnsi="Arial" w:cs="Arial" w:eastAsia="Arial"/>
          <w:lang w:val="he-IL" w:bidi="he-IL"/>
          <w:sz w:val="22"/>
          <w:rtl/>
          <w:szCs w:val="22"/>
        </w:rPr>
        <w:t>1. למשל: אני דנה. אני תלמידה חרוצה. את תלמידה גם כן? התשובה נבדקת לפי שימוש נכון בכינויי גוף ובהתאם מגדרי.</w:t>
      </w:r>
    </w:p>
    <w:p>
      <w:pPr>
        <w:bidi/>
        <w:spacing w:after="40"/>
        <w:jc w:val="right"/>
      </w:pPr>
      <w:r>
        <w:rPr>
          <w:rFonts w:ascii="Arial" w:hAnsi="Arial" w:cs="Arial" w:eastAsia="Arial"/>
          <w:lang w:val="he-IL" w:bidi="he-IL"/>
          <w:sz w:val="22"/>
          <w:rtl/>
          <w:szCs w:val="22"/>
        </w:rPr>
        <w:t>2. בעברית שם התואר משתנה לפי מין ומספר של שם העצם; אי התאמה פוגעת בתקינות המשפט ולעיתים משנה את המשמעות.</w:t>
      </w:r>
    </w:p>
    <w:p>
      <w:pPr>
        <w:bidi/>
        <w:spacing w:after="40"/>
        <w:jc w:val="right"/>
      </w:pPr>
      <w:r>
        <w:rPr>
          <w:rFonts w:ascii="Arial" w:hAnsi="Arial" w:cs="Arial" w:eastAsia="Arial"/>
          <w:lang w:val="he-IL" w:bidi="he-IL"/>
          <w:sz w:val="22"/>
          <w:rtl/>
          <w:szCs w:val="22"/>
        </w:rPr>
        <w:t>3. תשובה חופשית הכוללת שימוש נכון במילות שאלה כמו מי, מה, איך, ורעיון אישי ברור על זהות.</w:t>
      </w:r>
    </w:p>
    <w:p>
      <w:pPr>
        <w:bidi/>
        <w:pStyle w:val="Heading3"/>
        <w:spacing w:after="80"/>
        <w:jc w:val="right"/>
      </w:pPr>
      <w:r>
        <w:rPr>
          <w:rFonts w:ascii="Arial" w:hAnsi="Arial" w:cs="Arial" w:eastAsia="Arial"/>
          <w:lang w:val="he-IL" w:bidi="he-IL"/>
          <w:b/>
          <w:color w:val="38A169"/>
          <w:sz w:val="26"/>
          <w:rtl/>
          <w:szCs w:val="26"/>
          <w:bCs/>
        </w:rPr>
        <w:t>חלק ד׳ – פרק 2 · ארצות, שפות ומקומות – זיהוי וזכירה</w:t>
      </w:r>
    </w:p>
    <w:p>
      <w:pPr>
        <w:bidi/>
        <w:spacing w:after="40"/>
        <w:jc w:val="right"/>
      </w:pPr>
      <w:r>
        <w:rPr>
          <w:rFonts w:ascii="Arial" w:hAnsi="Arial" w:cs="Arial" w:eastAsia="Arial"/>
          <w:lang w:val="he-IL" w:bidi="he-IL"/>
          <w:sz w:val="22"/>
          <w:rtl/>
          <w:szCs w:val="22"/>
        </w:rPr>
        <w:t>1. נכון – כך נוצרים רוב שמות השפות בעברית, למשל רוסיה-רוסית, ספרד-ספרדית</w:t>
      </w:r>
    </w:p>
    <w:p>
      <w:pPr>
        <w:bidi/>
        <w:spacing w:after="40"/>
        <w:jc w:val="right"/>
      </w:pPr>
      <w:r>
        <w:rPr>
          <w:rFonts w:ascii="Arial" w:hAnsi="Arial" w:cs="Arial" w:eastAsia="Arial"/>
          <w:lang w:val="he-IL" w:bidi="he-IL"/>
          <w:sz w:val="22"/>
          <w:rtl/>
          <w:szCs w:val="22"/>
        </w:rPr>
        <w:t>2. לא נכון – בעברית ההווה משתנה לפי מין ומספר: גר, גרה, גרים, גרות</w:t>
      </w:r>
    </w:p>
    <w:p>
      <w:pPr>
        <w:bidi/>
        <w:pStyle w:val="Heading3"/>
        <w:spacing w:after="80"/>
        <w:jc w:val="right"/>
      </w:pPr>
      <w:r>
        <w:rPr>
          <w:rFonts w:ascii="Arial" w:hAnsi="Arial" w:cs="Arial" w:eastAsia="Arial"/>
          <w:lang w:val="he-IL" w:bidi="he-IL"/>
          <w:b/>
          <w:color w:val="805AD5"/>
          <w:sz w:val="26"/>
          <w:rtl/>
          <w:szCs w:val="26"/>
          <w:bCs/>
        </w:rPr>
        <w:t>חלק ה׳ – פרק 2 · ארצות, שפות ומקומות – מילות יחס וצורות הפועל</w:t>
      </w:r>
    </w:p>
    <w:p>
      <w:pPr>
        <w:bidi/>
        <w:spacing w:after="40"/>
        <w:jc w:val="right"/>
      </w:pPr>
      <w:r>
        <w:rPr>
          <w:rFonts w:ascii="Arial" w:hAnsi="Arial" w:cs="Arial" w:eastAsia="Arial"/>
          <w:lang w:val="he-IL" w:bidi="he-IL"/>
          <w:sz w:val="22"/>
          <w:rtl/>
          <w:szCs w:val="22"/>
        </w:rPr>
        <w:t>1. ג – 4</w:t>
      </w:r>
    </w:p>
    <w:p>
      <w:pPr>
        <w:bidi/>
        <w:spacing w:after="40"/>
        <w:jc w:val="right"/>
      </w:pPr>
      <w:r>
        <w:rPr>
          <w:rFonts w:ascii="Arial" w:hAnsi="Arial" w:cs="Arial" w:eastAsia="Arial"/>
          <w:lang w:val="he-IL" w:bidi="he-IL"/>
          <w:sz w:val="22"/>
          <w:rtl/>
          <w:szCs w:val="22"/>
        </w:rPr>
        <w:t>2. א – עברית</w:t>
      </w:r>
    </w:p>
    <w:p>
      <w:pPr>
        <w:bidi/>
        <w:spacing w:after="40"/>
        <w:jc w:val="right"/>
      </w:pPr>
      <w:r>
        <w:rPr>
          <w:rFonts w:ascii="Arial" w:hAnsi="Arial" w:cs="Arial" w:eastAsia="Arial"/>
          <w:lang w:val="he-IL" w:bidi="he-IL"/>
          <w:sz w:val="22"/>
          <w:rtl/>
          <w:szCs w:val="22"/>
        </w:rPr>
        <w:t>3. א – ב</w:t>
      </w:r>
    </w:p>
    <w:p>
      <w:pPr>
        <w:bidi/>
        <w:pStyle w:val="Heading3"/>
        <w:spacing w:after="80"/>
        <w:jc w:val="right"/>
      </w:pPr>
      <w:r>
        <w:rPr>
          <w:rFonts w:ascii="Arial" w:hAnsi="Arial" w:cs="Arial" w:eastAsia="Arial"/>
          <w:lang w:val="he-IL" w:bidi="he-IL"/>
          <w:b/>
          <w:color w:val="D53F8C"/>
          <w:sz w:val="26"/>
          <w:rtl/>
          <w:szCs w:val="26"/>
          <w:bCs/>
        </w:rPr>
        <w:t>חלק ו׳ – פרק 2 · ארצות, שפות ומקומות – השלמות</w:t>
      </w:r>
    </w:p>
    <w:p>
      <w:pPr>
        <w:bidi/>
        <w:spacing w:after="40"/>
        <w:jc w:val="right"/>
      </w:pPr>
      <w:r>
        <w:rPr>
          <w:rFonts w:ascii="Arial" w:hAnsi="Arial" w:cs="Arial" w:eastAsia="Arial"/>
          <w:lang w:val="he-IL" w:bidi="he-IL"/>
          <w:sz w:val="22"/>
          <w:rtl/>
          <w:szCs w:val="22"/>
        </w:rPr>
        <w:t>1. ית</w:t>
      </w:r>
    </w:p>
    <w:p>
      <w:pPr>
        <w:bidi/>
        <w:spacing w:after="40"/>
        <w:jc w:val="right"/>
      </w:pPr>
      <w:r>
        <w:rPr>
          <w:rFonts w:ascii="Arial" w:hAnsi="Arial" w:cs="Arial" w:eastAsia="Arial"/>
          <w:lang w:val="he-IL" w:bidi="he-IL"/>
          <w:sz w:val="22"/>
          <w:rtl/>
          <w:szCs w:val="22"/>
        </w:rPr>
        <w:t>2. גר</w:t>
      </w:r>
    </w:p>
    <w:p>
      <w:pPr>
        <w:bidi/>
        <w:spacing w:after="40"/>
        <w:jc w:val="right"/>
      </w:pPr>
      <w:r>
        <w:rPr>
          <w:rFonts w:ascii="Arial" w:hAnsi="Arial" w:cs="Arial" w:eastAsia="Arial"/>
          <w:lang w:val="he-IL" w:bidi="he-IL"/>
          <w:sz w:val="22"/>
          <w:rtl/>
          <w:szCs w:val="22"/>
        </w:rPr>
        <w:t>3. מדברות</w:t>
      </w:r>
    </w:p>
    <w:p>
      <w:pPr>
        <w:bidi/>
        <w:pStyle w:val="Heading3"/>
        <w:spacing w:after="80"/>
        <w:jc w:val="right"/>
      </w:pPr>
      <w:r>
        <w:rPr>
          <w:rFonts w:ascii="Arial" w:hAnsi="Arial" w:cs="Arial" w:eastAsia="Arial"/>
          <w:lang w:val="he-IL" w:bidi="he-IL"/>
          <w:b/>
          <w:color w:val="E53E3E"/>
          <w:sz w:val="26"/>
          <w:rtl/>
          <w:szCs w:val="26"/>
          <w:bCs/>
        </w:rPr>
        <w:t>חלק ז׳ – פרק 2 · ארצות, שפות ומקומות – התאמה ויישום</w:t>
      </w:r>
    </w:p>
    <w:p>
      <w:pPr>
        <w:bidi/>
        <w:spacing w:after="40"/>
        <w:jc w:val="right"/>
      </w:pPr>
      <w:r>
        <w:rPr>
          <w:rFonts w:ascii="Arial" w:hAnsi="Arial" w:cs="Arial" w:eastAsia="Arial"/>
          <w:lang w:val="he-IL" w:bidi="he-IL"/>
          <w:sz w:val="22"/>
          <w:rtl/>
          <w:szCs w:val="22"/>
        </w:rPr>
        <w:t>1 – ב (צרפתית)</w:t>
      </w:r>
    </w:p>
    <w:p>
      <w:pPr>
        <w:bidi/>
        <w:spacing w:after="40"/>
        <w:jc w:val="right"/>
      </w:pPr>
      <w:r>
        <w:rPr>
          <w:rFonts w:ascii="Arial" w:hAnsi="Arial" w:cs="Arial" w:eastAsia="Arial"/>
          <w:lang w:val="he-IL" w:bidi="he-IL"/>
          <w:sz w:val="22"/>
          <w:rtl/>
          <w:szCs w:val="22"/>
        </w:rPr>
        <w:t>2 – ד (רוסית)</w:t>
      </w:r>
    </w:p>
    <w:p>
      <w:pPr>
        <w:bidi/>
        <w:spacing w:after="40"/>
        <w:jc w:val="right"/>
      </w:pPr>
      <w:r>
        <w:rPr>
          <w:rFonts w:ascii="Arial" w:hAnsi="Arial" w:cs="Arial" w:eastAsia="Arial"/>
          <w:lang w:val="he-IL" w:bidi="he-IL"/>
          <w:sz w:val="22"/>
          <w:rtl/>
          <w:szCs w:val="22"/>
        </w:rPr>
        <w:t>3 – א (ספרדית)</w:t>
      </w:r>
    </w:p>
    <w:p>
      <w:pPr>
        <w:bidi/>
        <w:spacing w:after="40"/>
        <w:jc w:val="right"/>
      </w:pPr>
      <w:r>
        <w:rPr>
          <w:rFonts w:ascii="Arial" w:hAnsi="Arial" w:cs="Arial" w:eastAsia="Arial"/>
          <w:lang w:val="he-IL" w:bidi="he-IL"/>
          <w:sz w:val="22"/>
          <w:rtl/>
          <w:szCs w:val="22"/>
        </w:rPr>
        <w:t>4 – ג (אמהרית)</w:t>
      </w:r>
    </w:p>
    <w:p>
      <w:pPr>
        <w:bidi/>
        <w:pStyle w:val="Heading3"/>
        <w:spacing w:after="80"/>
        <w:jc w:val="right"/>
      </w:pPr>
      <w:r>
        <w:rPr>
          <w:rFonts w:ascii="Arial" w:hAnsi="Arial" w:cs="Arial" w:eastAsia="Arial"/>
          <w:lang w:val="he-IL" w:bidi="he-IL"/>
          <w:b/>
          <w:color w:val="DD6B20"/>
          <w:sz w:val="26"/>
          <w:rtl/>
          <w:szCs w:val="26"/>
          <w:bCs/>
        </w:rPr>
        <w:t>חלק ח׳ – פרק 3 · יום־יום, לימודים, עבודה וזמן – הכרה ראשונית</w:t>
      </w:r>
    </w:p>
    <w:p>
      <w:pPr>
        <w:bidi/>
        <w:spacing w:after="40"/>
        <w:jc w:val="right"/>
      </w:pPr>
      <w:r>
        <w:rPr>
          <w:rFonts w:ascii="Arial" w:hAnsi="Arial" w:cs="Arial" w:eastAsia="Arial"/>
          <w:lang w:val="he-IL" w:bidi="he-IL"/>
          <w:sz w:val="22"/>
          <w:rtl/>
          <w:szCs w:val="22"/>
        </w:rPr>
        <w:t>1. ג – התפעל</w:t>
      </w:r>
    </w:p>
    <w:p>
      <w:pPr>
        <w:bidi/>
        <w:spacing w:after="40"/>
        <w:jc w:val="right"/>
      </w:pPr>
      <w:r>
        <w:rPr>
          <w:rFonts w:ascii="Arial" w:hAnsi="Arial" w:cs="Arial" w:eastAsia="Arial"/>
          <w:lang w:val="he-IL" w:bidi="he-IL"/>
          <w:sz w:val="22"/>
          <w:rtl/>
          <w:szCs w:val="22"/>
        </w:rPr>
        <w:t>2. א – כ-ת-ב</w:t>
      </w:r>
    </w:p>
    <w:p>
      <w:pPr>
        <w:bidi/>
        <w:spacing w:after="40"/>
        <w:jc w:val="right"/>
      </w:pPr>
      <w:r>
        <w:rPr>
          <w:rFonts w:ascii="Arial" w:hAnsi="Arial" w:cs="Arial" w:eastAsia="Arial"/>
          <w:lang w:val="he-IL" w:bidi="he-IL"/>
          <w:sz w:val="22"/>
          <w:rtl/>
          <w:szCs w:val="22"/>
        </w:rPr>
        <w:t>3. ב – קודם</w:t>
      </w:r>
    </w:p>
    <w:p>
      <w:pPr>
        <w:bidi/>
        <w:spacing w:after="40"/>
        <w:jc w:val="right"/>
      </w:pPr>
      <w:r>
        <w:rPr>
          <w:rFonts w:ascii="Arial" w:hAnsi="Arial" w:cs="Arial" w:eastAsia="Arial"/>
          <w:lang w:val="he-IL" w:bidi="he-IL"/>
          <w:sz w:val="22"/>
          <w:rtl/>
          <w:szCs w:val="22"/>
        </w:rPr>
        <w:t>4. א – נהגת</w:t>
      </w:r>
    </w:p>
    <w:p>
      <w:pPr>
        <w:bidi/>
        <w:spacing w:after="40"/>
        <w:jc w:val="right"/>
      </w:pPr>
      <w:r>
        <w:rPr>
          <w:rFonts w:ascii="Arial" w:hAnsi="Arial" w:cs="Arial" w:eastAsia="Arial"/>
          <w:lang w:val="he-IL" w:bidi="he-IL"/>
          <w:sz w:val="22"/>
          <w:rtl/>
          <w:szCs w:val="22"/>
        </w:rPr>
        <w:t>5. ב – מספר סודר</w:t>
      </w:r>
    </w:p>
    <w:p>
      <w:pPr>
        <w:bidi/>
        <w:pStyle w:val="Heading3"/>
        <w:spacing w:after="80"/>
        <w:jc w:val="right"/>
      </w:pPr>
      <w:r>
        <w:rPr>
          <w:rFonts w:ascii="Arial" w:hAnsi="Arial" w:cs="Arial" w:eastAsia="Arial"/>
          <w:lang w:val="he-IL" w:bidi="he-IL"/>
          <w:b/>
          <w:color w:val="3182CE"/>
          <w:sz w:val="26"/>
          <w:rtl/>
          <w:szCs w:val="26"/>
          <w:bCs/>
        </w:rPr>
        <w:t>חלק ט׳ – פרק 3 · יום־יום, לימודים, עבודה וזמן – תרגול והשלמה</w:t>
      </w:r>
    </w:p>
    <w:p>
      <w:pPr>
        <w:bidi/>
        <w:spacing w:after="40"/>
        <w:jc w:val="right"/>
      </w:pPr>
      <w:r>
        <w:rPr>
          <w:rFonts w:ascii="Arial" w:hAnsi="Arial" w:cs="Arial" w:eastAsia="Arial"/>
          <w:lang w:val="he-IL" w:bidi="he-IL"/>
          <w:sz w:val="22"/>
          <w:rtl/>
          <w:szCs w:val="22"/>
        </w:rPr>
        <w:t>1. קם</w:t>
      </w:r>
    </w:p>
    <w:p>
      <w:pPr>
        <w:bidi/>
        <w:spacing w:after="40"/>
        <w:jc w:val="right"/>
      </w:pPr>
      <w:r>
        <w:rPr>
          <w:rFonts w:ascii="Arial" w:hAnsi="Arial" w:cs="Arial" w:eastAsia="Arial"/>
          <w:lang w:val="he-IL" w:bidi="he-IL"/>
          <w:sz w:val="22"/>
          <w:rtl/>
          <w:szCs w:val="22"/>
        </w:rPr>
        <w:t>2. מתקלחת</w:t>
      </w:r>
    </w:p>
    <w:p>
      <w:pPr>
        <w:bidi/>
        <w:spacing w:after="40"/>
        <w:jc w:val="right"/>
      </w:pPr>
      <w:r>
        <w:rPr>
          <w:rFonts w:ascii="Arial" w:hAnsi="Arial" w:cs="Arial" w:eastAsia="Arial"/>
          <w:lang w:val="he-IL" w:bidi="he-IL"/>
          <w:sz w:val="22"/>
          <w:rtl/>
          <w:szCs w:val="22"/>
        </w:rPr>
        <w:t>3. שישי</w:t>
      </w:r>
    </w:p>
    <w:p>
      <w:pPr>
        <w:bidi/>
        <w:spacing w:after="40"/>
        <w:jc w:val="right"/>
      </w:pPr>
      <w:r>
        <w:rPr>
          <w:rFonts w:ascii="Arial" w:hAnsi="Arial" w:cs="Arial" w:eastAsia="Arial"/>
          <w:lang w:val="he-IL" w:bidi="he-IL"/>
          <w:sz w:val="22"/>
          <w:rtl/>
          <w:szCs w:val="22"/>
        </w:rPr>
        <w:t>4. אחר כך</w:t>
      </w:r>
    </w:p>
    <w:p>
      <w:pPr>
        <w:bidi/>
        <w:pStyle w:val="Heading3"/>
        <w:spacing w:after="80"/>
        <w:jc w:val="right"/>
      </w:pPr>
      <w:r>
        <w:rPr>
          <w:rFonts w:ascii="Arial" w:hAnsi="Arial" w:cs="Arial" w:eastAsia="Arial"/>
          <w:lang w:val="he-IL" w:bidi="he-IL"/>
          <w:b/>
          <w:color w:val="38A169"/>
          <w:sz w:val="26"/>
          <w:rtl/>
          <w:szCs w:val="26"/>
          <w:bCs/>
        </w:rPr>
        <w:t>חלק י׳ – פרק 3 · יום־יום, לימודים, עבודה וזמן – יישום וכתיבה</w:t>
      </w:r>
    </w:p>
    <w:p>
      <w:pPr>
        <w:bidi/>
        <w:spacing w:after="40"/>
        <w:jc w:val="right"/>
      </w:pPr>
      <w:r>
        <w:rPr>
          <w:rFonts w:ascii="Arial" w:hAnsi="Arial" w:cs="Arial" w:eastAsia="Arial"/>
          <w:lang w:val="he-IL" w:bidi="he-IL"/>
          <w:sz w:val="22"/>
          <w:rtl/>
          <w:szCs w:val="22"/>
        </w:rPr>
        <w:t>1. משפט תקין עם פועל בבניין התפעל המתאים לפעולת בוקר</w:t>
      </w:r>
    </w:p>
    <w:p>
      <w:pPr>
        <w:bidi/>
        <w:spacing w:after="40"/>
        <w:jc w:val="right"/>
      </w:pPr>
      <w:r>
        <w:rPr>
          <w:rFonts w:ascii="Arial" w:hAnsi="Arial" w:cs="Arial" w:eastAsia="Arial"/>
          <w:lang w:val="he-IL" w:bidi="he-IL"/>
          <w:sz w:val="22"/>
          <w:rtl/>
          <w:szCs w:val="22"/>
        </w:rPr>
        <w:t>2. מספר יסודי עונה על 'כמה', מספר סודר עונה על 'איזה במקום' – לדוגמה שלוש מול שלישי</w:t>
      </w:r>
    </w:p>
    <w:p>
      <w:pPr>
        <w:bidi/>
        <w:spacing w:after="40"/>
        <w:jc w:val="right"/>
      </w:pPr>
      <w:r>
        <w:rPr>
          <w:rFonts w:ascii="Arial" w:hAnsi="Arial" w:cs="Arial" w:eastAsia="Arial"/>
          <w:lang w:val="he-IL" w:bidi="he-IL"/>
          <w:sz w:val="22"/>
          <w:rtl/>
          <w:szCs w:val="22"/>
        </w:rPr>
        <w:t>3. שלושה משפטים ברצף הגיוני עם מילות הזמן קודם ואחר כך</w:t>
      </w:r>
    </w:p>
    <w:p>
      <w:pPr>
        <w:bidi/>
        <w:spacing w:after="40"/>
        <w:jc w:val="right"/>
      </w:pPr>
      <w:r>
        <w:rPr>
          <w:rFonts w:ascii="Arial" w:hAnsi="Arial" w:cs="Arial" w:eastAsia="Arial"/>
          <w:lang w:val="he-IL" w:bidi="he-IL"/>
          <w:sz w:val="22"/>
          <w:rtl/>
          <w:szCs w:val="22"/>
        </w:rPr>
        <w:t>4. לדוגמה: אוכל (פעל) ומתקלח (התפעל)</w:t>
      </w:r>
    </w:p>
    <w:p>
      <w:pPr>
        <w:bidi/>
        <w:pStyle w:val="Heading3"/>
        <w:spacing w:after="80"/>
        <w:jc w:val="right"/>
      </w:pPr>
      <w:r>
        <w:rPr>
          <w:rFonts w:ascii="Arial" w:hAnsi="Arial" w:cs="Arial" w:eastAsia="Arial"/>
          <w:lang w:val="he-IL" w:bidi="he-IL"/>
          <w:b/>
          <w:color w:val="805AD5"/>
          <w:sz w:val="26"/>
          <w:rtl/>
          <w:szCs w:val="26"/>
          <w:bCs/>
        </w:rPr>
        <w:t>חלק י״א – פרק 4 · אוכל, שוק ובריאות – היכרות עם אוצר המילים</w:t>
      </w:r>
    </w:p>
    <w:p>
      <w:pPr>
        <w:bidi/>
        <w:spacing w:after="40"/>
        <w:jc w:val="right"/>
      </w:pPr>
      <w:r>
        <w:rPr>
          <w:rFonts w:ascii="Arial" w:hAnsi="Arial" w:cs="Arial" w:eastAsia="Arial"/>
          <w:lang w:val="he-IL" w:bidi="he-IL"/>
          <w:sz w:val="22"/>
          <w:rtl/>
          <w:szCs w:val="22"/>
        </w:rPr>
        <w:t>1. א – היא חולה / דני סנדרסון</w:t>
      </w:r>
    </w:p>
    <w:p>
      <w:pPr>
        <w:bidi/>
        <w:spacing w:after="40"/>
        <w:jc w:val="right"/>
      </w:pPr>
      <w:r>
        <w:rPr>
          <w:rFonts w:ascii="Arial" w:hAnsi="Arial" w:cs="Arial" w:eastAsia="Arial"/>
          <w:lang w:val="he-IL" w:bidi="he-IL"/>
          <w:sz w:val="22"/>
          <w:rtl/>
          <w:szCs w:val="22"/>
        </w:rPr>
        <w:t>2. ב – חולה</w:t>
      </w:r>
    </w:p>
    <w:p>
      <w:pPr>
        <w:bidi/>
        <w:spacing w:after="40"/>
        <w:jc w:val="right"/>
      </w:pPr>
      <w:r>
        <w:rPr>
          <w:rFonts w:ascii="Arial" w:hAnsi="Arial" w:cs="Arial" w:eastAsia="Arial"/>
          <w:lang w:val="he-IL" w:bidi="he-IL"/>
          <w:sz w:val="22"/>
          <w:rtl/>
          <w:szCs w:val="22"/>
        </w:rPr>
        <w:t>3. ב – רופא / רופאה</w:t>
      </w:r>
    </w:p>
    <w:p>
      <w:pPr>
        <w:bidi/>
        <w:spacing w:after="40"/>
        <w:jc w:val="right"/>
      </w:pPr>
      <w:r>
        <w:rPr>
          <w:rFonts w:ascii="Arial" w:hAnsi="Arial" w:cs="Arial" w:eastAsia="Arial"/>
          <w:lang w:val="he-IL" w:bidi="he-IL"/>
          <w:sz w:val="22"/>
          <w:rtl/>
          <w:szCs w:val="22"/>
        </w:rPr>
        <w:t>4. ב – איך את/ה מרגיש/ה?</w:t>
      </w:r>
    </w:p>
    <w:p>
      <w:pPr>
        <w:bidi/>
        <w:spacing w:after="40"/>
        <w:jc w:val="right"/>
      </w:pPr>
      <w:r>
        <w:rPr>
          <w:rFonts w:ascii="Arial" w:hAnsi="Arial" w:cs="Arial" w:eastAsia="Arial"/>
          <w:lang w:val="he-IL" w:bidi="he-IL"/>
          <w:sz w:val="22"/>
          <w:rtl/>
          <w:szCs w:val="22"/>
        </w:rPr>
        <w:t>5. ב – רגליים</w:t>
      </w:r>
    </w:p>
    <w:p>
      <w:pPr>
        <w:bidi/>
        <w:pStyle w:val="Heading3"/>
        <w:spacing w:after="80"/>
        <w:jc w:val="right"/>
      </w:pPr>
      <w:r>
        <w:rPr>
          <w:rFonts w:ascii="Arial" w:hAnsi="Arial" w:cs="Arial" w:eastAsia="Arial"/>
          <w:lang w:val="he-IL" w:bidi="he-IL"/>
          <w:b/>
          <w:color w:val="D53F8C"/>
          <w:sz w:val="26"/>
          <w:rtl/>
          <w:szCs w:val="26"/>
          <w:bCs/>
        </w:rPr>
        <w:t>חלק י״ב – פרק 4 · אוכל, שוק ובריאות – תרגול והתאמה</w:t>
      </w:r>
    </w:p>
    <w:p>
      <w:pPr>
        <w:bidi/>
        <w:spacing w:after="40"/>
        <w:jc w:val="right"/>
      </w:pPr>
      <w:r>
        <w:rPr>
          <w:rFonts w:ascii="Arial" w:hAnsi="Arial" w:cs="Arial" w:eastAsia="Arial"/>
          <w:lang w:val="he-IL" w:bidi="he-IL"/>
          <w:sz w:val="22"/>
          <w:rtl/>
          <w:szCs w:val="22"/>
        </w:rPr>
        <w:t>1. ראש</w:t>
      </w:r>
    </w:p>
    <w:p>
      <w:pPr>
        <w:bidi/>
        <w:spacing w:after="40"/>
        <w:jc w:val="right"/>
      </w:pPr>
      <w:r>
        <w:rPr>
          <w:rFonts w:ascii="Arial" w:hAnsi="Arial" w:cs="Arial" w:eastAsia="Arial"/>
          <w:lang w:val="he-IL" w:bidi="he-IL"/>
          <w:sz w:val="22"/>
          <w:rtl/>
          <w:szCs w:val="22"/>
        </w:rPr>
        <w:t>2. רגליים</w:t>
      </w:r>
    </w:p>
    <w:p>
      <w:pPr>
        <w:bidi/>
        <w:spacing w:after="40"/>
        <w:jc w:val="right"/>
      </w:pPr>
      <w:r>
        <w:rPr>
          <w:rFonts w:ascii="Arial" w:hAnsi="Arial" w:cs="Arial" w:eastAsia="Arial"/>
          <w:lang w:val="he-IL" w:bidi="he-IL"/>
          <w:sz w:val="22"/>
          <w:rtl/>
          <w:szCs w:val="22"/>
        </w:rPr>
        <w:t>3. חולה</w:t>
      </w:r>
    </w:p>
    <w:p>
      <w:pPr>
        <w:bidi/>
        <w:spacing w:after="40"/>
        <w:jc w:val="right"/>
      </w:pPr>
      <w:r>
        <w:rPr>
          <w:rFonts w:ascii="Arial" w:hAnsi="Arial" w:cs="Arial" w:eastAsia="Arial"/>
          <w:lang w:val="he-IL" w:bidi="he-IL"/>
          <w:sz w:val="22"/>
          <w:rtl/>
          <w:szCs w:val="22"/>
        </w:rPr>
        <w:t>4. תרופה</w:t>
      </w:r>
    </w:p>
    <w:p>
      <w:pPr>
        <w:bidi/>
        <w:spacing w:after="40"/>
        <w:jc w:val="right"/>
      </w:pPr>
      <w:r>
        <w:rPr>
          <w:rFonts w:ascii="Arial" w:hAnsi="Arial" w:cs="Arial" w:eastAsia="Arial"/>
          <w:lang w:val="he-IL" w:bidi="he-IL"/>
          <w:sz w:val="22"/>
          <w:rtl/>
          <w:szCs w:val="22"/>
        </w:rPr>
        <w:t>5. רגליים</w:t>
      </w:r>
    </w:p>
    <w:p>
      <w:pPr>
        <w:bidi/>
        <w:pStyle w:val="Heading3"/>
        <w:spacing w:after="80"/>
        <w:jc w:val="right"/>
      </w:pPr>
      <w:r>
        <w:rPr>
          <w:rFonts w:ascii="Arial" w:hAnsi="Arial" w:cs="Arial" w:eastAsia="Arial"/>
          <w:lang w:val="he-IL" w:bidi="he-IL"/>
          <w:b/>
          <w:color w:val="E53E3E"/>
          <w:sz w:val="26"/>
          <w:rtl/>
          <w:szCs w:val="26"/>
          <w:bCs/>
        </w:rPr>
        <w:t>חלק י״ג – פרק 4 · אוכל, שוק ובריאות – צורת הזוגי: יחיד או זוג</w:t>
      </w:r>
    </w:p>
    <w:p>
      <w:pPr>
        <w:bidi/>
        <w:spacing w:after="40"/>
        <w:jc w:val="right"/>
      </w:pPr>
      <w:r>
        <w:rPr>
          <w:rFonts w:ascii="Arial" w:hAnsi="Arial" w:cs="Arial" w:eastAsia="Arial"/>
          <w:lang w:val="he-IL" w:bidi="he-IL"/>
          <w:sz w:val="22"/>
          <w:rtl/>
          <w:szCs w:val="22"/>
        </w:rPr>
        <w:t>1 – ג (זוג)</w:t>
      </w:r>
    </w:p>
    <w:p>
      <w:pPr>
        <w:bidi/>
        <w:spacing w:after="40"/>
        <w:jc w:val="right"/>
      </w:pPr>
      <w:r>
        <w:rPr>
          <w:rFonts w:ascii="Arial" w:hAnsi="Arial" w:cs="Arial" w:eastAsia="Arial"/>
          <w:lang w:val="he-IL" w:bidi="he-IL"/>
          <w:sz w:val="22"/>
          <w:rtl/>
          <w:szCs w:val="22"/>
        </w:rPr>
        <w:t>2 – ה (יחיד)</w:t>
      </w:r>
    </w:p>
    <w:p>
      <w:pPr>
        <w:bidi/>
        <w:spacing w:after="40"/>
        <w:jc w:val="right"/>
      </w:pPr>
      <w:r>
        <w:rPr>
          <w:rFonts w:ascii="Arial" w:hAnsi="Arial" w:cs="Arial" w:eastAsia="Arial"/>
          <w:lang w:val="he-IL" w:bidi="he-IL"/>
          <w:sz w:val="22"/>
          <w:rtl/>
          <w:szCs w:val="22"/>
        </w:rPr>
        <w:t>3 – ו (זוג)</w:t>
      </w:r>
    </w:p>
    <w:p>
      <w:pPr>
        <w:bidi/>
        <w:spacing w:after="40"/>
        <w:jc w:val="right"/>
      </w:pPr>
      <w:r>
        <w:rPr>
          <w:rFonts w:ascii="Arial" w:hAnsi="Arial" w:cs="Arial" w:eastAsia="Arial"/>
          <w:lang w:val="he-IL" w:bidi="he-IL"/>
          <w:sz w:val="22"/>
          <w:rtl/>
          <w:szCs w:val="22"/>
        </w:rPr>
        <w:t>4 – א (יחיד)</w:t>
      </w:r>
    </w:p>
    <w:p>
      <w:pPr>
        <w:bidi/>
        <w:spacing w:after="40"/>
        <w:jc w:val="right"/>
      </w:pPr>
      <w:r>
        <w:rPr>
          <w:rFonts w:ascii="Arial" w:hAnsi="Arial" w:cs="Arial" w:eastAsia="Arial"/>
          <w:lang w:val="he-IL" w:bidi="he-IL"/>
          <w:sz w:val="22"/>
          <w:rtl/>
          <w:szCs w:val="22"/>
        </w:rPr>
        <w:t>5 – ב (זוג)</w:t>
      </w:r>
    </w:p>
    <w:p>
      <w:pPr>
        <w:bidi/>
        <w:spacing w:after="40"/>
        <w:jc w:val="right"/>
      </w:pPr>
      <w:r>
        <w:rPr>
          <w:rFonts w:ascii="Arial" w:hAnsi="Arial" w:cs="Arial" w:eastAsia="Arial"/>
          <w:lang w:val="he-IL" w:bidi="he-IL"/>
          <w:sz w:val="22"/>
          <w:rtl/>
          <w:szCs w:val="22"/>
        </w:rPr>
        <w:t>6 – ד (יחיד)</w:t>
      </w:r>
    </w:p>
    <w:p>
      <w:pPr>
        <w:bidi/>
        <w:pStyle w:val="Heading3"/>
        <w:spacing w:after="80"/>
        <w:jc w:val="right"/>
      </w:pPr>
      <w:r>
        <w:rPr>
          <w:rFonts w:ascii="Arial" w:hAnsi="Arial" w:cs="Arial" w:eastAsia="Arial"/>
          <w:lang w:val="he-IL" w:bidi="he-IL"/>
          <w:b/>
          <w:color w:val="DD6B20"/>
          <w:sz w:val="26"/>
          <w:rtl/>
          <w:szCs w:val="26"/>
          <w:bCs/>
        </w:rPr>
        <w:t>חלק י״ד – פרק 5 · ביחד וישראליות – היכרות עם מילים ומושגים</w:t>
      </w:r>
    </w:p>
    <w:p>
      <w:pPr>
        <w:bidi/>
        <w:spacing w:after="40"/>
        <w:jc w:val="right"/>
      </w:pPr>
      <w:r>
        <w:rPr>
          <w:rFonts w:ascii="Arial" w:hAnsi="Arial" w:cs="Arial" w:eastAsia="Arial"/>
          <w:lang w:val="he-IL" w:bidi="he-IL"/>
          <w:sz w:val="22"/>
          <w:rtl/>
          <w:szCs w:val="22"/>
        </w:rPr>
        <w:t>1. א – בעצם, בקיצור</w:t>
      </w:r>
    </w:p>
    <w:p>
      <w:pPr>
        <w:bidi/>
        <w:spacing w:after="40"/>
        <w:jc w:val="right"/>
      </w:pPr>
      <w:r>
        <w:rPr>
          <w:rFonts w:ascii="Arial" w:hAnsi="Arial" w:cs="Arial" w:eastAsia="Arial"/>
          <w:lang w:val="he-IL" w:bidi="he-IL"/>
          <w:sz w:val="22"/>
          <w:rtl/>
          <w:szCs w:val="22"/>
        </w:rPr>
        <w:t>2. ב – בסדר, טוב</w:t>
      </w:r>
    </w:p>
    <w:p>
      <w:pPr>
        <w:bidi/>
        <w:spacing w:after="40"/>
        <w:jc w:val="right"/>
      </w:pPr>
      <w:r>
        <w:rPr>
          <w:rFonts w:ascii="Arial" w:hAnsi="Arial" w:cs="Arial" w:eastAsia="Arial"/>
          <w:lang w:val="he-IL" w:bidi="he-IL"/>
          <w:sz w:val="22"/>
          <w:rtl/>
          <w:szCs w:val="22"/>
        </w:rPr>
        <w:t>3. ג – הכי ישראלי / התקווה 6</w:t>
      </w:r>
    </w:p>
    <w:p>
      <w:pPr>
        <w:bidi/>
        <w:spacing w:after="40"/>
        <w:jc w:val="right"/>
      </w:pPr>
      <w:r>
        <w:rPr>
          <w:rFonts w:ascii="Arial" w:hAnsi="Arial" w:cs="Arial" w:eastAsia="Arial"/>
          <w:lang w:val="he-IL" w:bidi="he-IL"/>
          <w:sz w:val="22"/>
          <w:rtl/>
          <w:szCs w:val="22"/>
        </w:rPr>
        <w:t>4. ב – לעשות דברים יחד עם מישהו אחר</w:t>
      </w:r>
    </w:p>
    <w:p>
      <w:pPr>
        <w:bidi/>
        <w:spacing w:after="40"/>
        <w:jc w:val="right"/>
      </w:pPr>
      <w:r>
        <w:rPr>
          <w:rFonts w:ascii="Arial" w:hAnsi="Arial" w:cs="Arial" w:eastAsia="Arial"/>
          <w:lang w:val="he-IL" w:bidi="he-IL"/>
          <w:sz w:val="22"/>
          <w:rtl/>
          <w:szCs w:val="22"/>
        </w:rPr>
        <w:t>5. ב – חיבור בין אנשים שונים</w:t>
      </w:r>
    </w:p>
    <w:p>
      <w:pPr>
        <w:bidi/>
        <w:pStyle w:val="Heading3"/>
        <w:spacing w:after="80"/>
        <w:jc w:val="right"/>
      </w:pPr>
      <w:r>
        <w:rPr>
          <w:rFonts w:ascii="Arial" w:hAnsi="Arial" w:cs="Arial" w:eastAsia="Arial"/>
          <w:lang w:val="he-IL" w:bidi="he-IL"/>
          <w:b/>
          <w:color w:val="3182CE"/>
          <w:sz w:val="26"/>
          <w:rtl/>
          <w:szCs w:val="26"/>
          <w:bCs/>
        </w:rPr>
        <w:t>חלק ט״ו – פרק 5 · ביחד וישראליות – משפט סתמי ודרגות השוואה</w:t>
      </w:r>
    </w:p>
    <w:p>
      <w:pPr>
        <w:bidi/>
        <w:spacing w:after="40"/>
        <w:jc w:val="right"/>
      </w:pPr>
      <w:r>
        <w:rPr>
          <w:rFonts w:ascii="Arial" w:hAnsi="Arial" w:cs="Arial" w:eastAsia="Arial"/>
          <w:lang w:val="he-IL" w:bidi="he-IL"/>
          <w:sz w:val="22"/>
          <w:rtl/>
          <w:szCs w:val="22"/>
        </w:rPr>
        <w:t>1. אוכלים</w:t>
      </w:r>
    </w:p>
    <w:p>
      <w:pPr>
        <w:bidi/>
        <w:spacing w:after="40"/>
        <w:jc w:val="right"/>
      </w:pPr>
      <w:r>
        <w:rPr>
          <w:rFonts w:ascii="Arial" w:hAnsi="Arial" w:cs="Arial" w:eastAsia="Arial"/>
          <w:lang w:val="he-IL" w:bidi="he-IL"/>
          <w:sz w:val="22"/>
          <w:rtl/>
          <w:szCs w:val="22"/>
        </w:rPr>
        <w:t>2. הכי</w:t>
      </w:r>
    </w:p>
    <w:p>
      <w:pPr>
        <w:bidi/>
        <w:spacing w:after="40"/>
        <w:jc w:val="right"/>
      </w:pPr>
      <w:r>
        <w:rPr>
          <w:rFonts w:ascii="Arial" w:hAnsi="Arial" w:cs="Arial" w:eastAsia="Arial"/>
          <w:lang w:val="he-IL" w:bidi="he-IL"/>
          <w:sz w:val="22"/>
          <w:rtl/>
          <w:szCs w:val="22"/>
        </w:rPr>
        <w:t>3. שלישי</w:t>
      </w:r>
    </w:p>
    <w:p>
      <w:pPr>
        <w:bidi/>
        <w:spacing w:after="40"/>
        <w:jc w:val="right"/>
      </w:pPr>
      <w:r>
        <w:rPr>
          <w:rFonts w:ascii="Arial" w:hAnsi="Arial" w:cs="Arial" w:eastAsia="Arial"/>
          <w:lang w:val="he-IL" w:bidi="he-IL"/>
          <w:sz w:val="22"/>
          <w:rtl/>
          <w:szCs w:val="22"/>
        </w:rPr>
        <w:t>4. הכי</w:t>
      </w:r>
    </w:p>
    <w:p>
      <w:pPr>
        <w:bidi/>
        <w:pStyle w:val="Heading3"/>
        <w:spacing w:after="80"/>
        <w:jc w:val="right"/>
      </w:pPr>
      <w:r>
        <w:rPr>
          <w:rFonts w:ascii="Arial" w:hAnsi="Arial" w:cs="Arial" w:eastAsia="Arial"/>
          <w:lang w:val="he-IL" w:bidi="he-IL"/>
          <w:b/>
          <w:color w:val="38A169"/>
          <w:sz w:val="26"/>
          <w:rtl/>
          <w:szCs w:val="26"/>
          <w:bCs/>
        </w:rPr>
        <w:t>חלק ט״ז – פרק 5 · ביחד וישראליות – חשיבה וכתיבה</w:t>
      </w:r>
    </w:p>
    <w:p>
      <w:pPr>
        <w:bidi/>
        <w:spacing w:after="40"/>
        <w:jc w:val="right"/>
      </w:pPr>
      <w:r>
        <w:rPr>
          <w:rFonts w:ascii="Arial" w:hAnsi="Arial" w:cs="Arial" w:eastAsia="Arial"/>
          <w:lang w:val="he-IL" w:bidi="he-IL"/>
          <w:sz w:val="22"/>
          <w:rtl/>
          <w:szCs w:val="22"/>
        </w:rPr>
        <w:t>1. משפט עם פועל בגוף שלישי רבים, למשל: אוכלים פלאפל בשישי, אומרים שיהיה בסדר – בלי נושא מפורש.</w:t>
      </w:r>
    </w:p>
    <w:p>
      <w:pPr>
        <w:bidi/>
        <w:spacing w:after="40"/>
        <w:jc w:val="right"/>
      </w:pPr>
      <w:r>
        <w:rPr>
          <w:rFonts w:ascii="Arial" w:hAnsi="Arial" w:cs="Arial" w:eastAsia="Arial"/>
          <w:lang w:val="he-IL" w:bidi="he-IL"/>
          <w:sz w:val="22"/>
          <w:rtl/>
          <w:szCs w:val="22"/>
        </w:rPr>
        <w:t>2. הסבר על הקשר השימוש של כל ביטוי ועל הקשר שלו לתרבות הישראלית (אופטימיות, ישירות, חוסר פורמליות).</w:t>
      </w:r>
    </w:p>
    <w:p>
      <w:pPr>
        <w:bidi/>
        <w:spacing w:after="40"/>
        <w:jc w:val="right"/>
      </w:pPr>
      <w:r>
        <w:rPr>
          <w:rFonts w:ascii="Arial" w:hAnsi="Arial" w:cs="Arial" w:eastAsia="Arial"/>
          <w:lang w:val="he-IL" w:bidi="he-IL"/>
          <w:sz w:val="22"/>
          <w:rtl/>
          <w:szCs w:val="22"/>
        </w:rPr>
        <w:t>3. פסקה מחוברת המתייחסת לרעיון השיתוף, הנתינה או הדברים המשותפים מתוך השירים 'מתחת לשמיים' או 'שיר לאהבה'.</w:t>
      </w:r>
    </w:p>
    <w:p>
      <w:pPr>
        <w:bidi/>
        <w:pStyle w:val="Heading3"/>
        <w:spacing w:after="80"/>
        <w:jc w:val="right"/>
      </w:pPr>
      <w:r>
        <w:rPr>
          <w:rFonts w:ascii="Arial" w:hAnsi="Arial" w:cs="Arial" w:eastAsia="Arial"/>
          <w:lang w:val="he-IL" w:bidi="he-IL"/>
          <w:b/>
          <w:color w:val="805AD5"/>
          <w:sz w:val="26"/>
          <w:rtl/>
          <w:szCs w:val="26"/>
          <w:bCs/>
        </w:rPr>
        <w:t>חלק י״ז – חזרה מסכמת – שאלות אמריקאיות ממגוון היחידות</w:t>
      </w:r>
    </w:p>
    <w:p>
      <w:pPr>
        <w:bidi/>
        <w:spacing w:after="40"/>
        <w:jc w:val="right"/>
      </w:pPr>
      <w:r>
        <w:rPr>
          <w:rFonts w:ascii="Arial" w:hAnsi="Arial" w:cs="Arial" w:eastAsia="Arial"/>
          <w:lang w:val="he-IL" w:bidi="he-IL"/>
          <w:sz w:val="22"/>
          <w:rtl/>
          <w:szCs w:val="22"/>
        </w:rPr>
        <w:t>1. א – שלום</w:t>
      </w:r>
    </w:p>
    <w:p>
      <w:pPr>
        <w:bidi/>
        <w:spacing w:after="40"/>
        <w:jc w:val="right"/>
      </w:pPr>
      <w:r>
        <w:rPr>
          <w:rFonts w:ascii="Arial" w:hAnsi="Arial" w:cs="Arial" w:eastAsia="Arial"/>
          <w:lang w:val="he-IL" w:bidi="he-IL"/>
          <w:sz w:val="22"/>
          <w:rtl/>
          <w:szCs w:val="22"/>
        </w:rPr>
        <w:t>2. ב – ־ית</w:t>
      </w:r>
    </w:p>
    <w:p>
      <w:pPr>
        <w:bidi/>
        <w:spacing w:after="40"/>
        <w:jc w:val="right"/>
      </w:pPr>
      <w:r>
        <w:rPr>
          <w:rFonts w:ascii="Arial" w:hAnsi="Arial" w:cs="Arial" w:eastAsia="Arial"/>
          <w:lang w:val="he-IL" w:bidi="he-IL"/>
          <w:sz w:val="22"/>
          <w:rtl/>
          <w:szCs w:val="22"/>
        </w:rPr>
        <w:t>3. א – אחר כך</w:t>
      </w:r>
    </w:p>
    <w:p>
      <w:pPr>
        <w:bidi/>
        <w:spacing w:after="40"/>
        <w:jc w:val="right"/>
      </w:pPr>
      <w:r>
        <w:rPr>
          <w:rFonts w:ascii="Arial" w:hAnsi="Arial" w:cs="Arial" w:eastAsia="Arial"/>
          <w:lang w:val="he-IL" w:bidi="he-IL"/>
          <w:sz w:val="22"/>
          <w:rtl/>
          <w:szCs w:val="22"/>
        </w:rPr>
        <w:t>4. ג – התפעל</w:t>
      </w:r>
    </w:p>
    <w:p>
      <w:pPr>
        <w:bidi/>
        <w:spacing w:after="40"/>
        <w:jc w:val="right"/>
      </w:pPr>
      <w:r>
        <w:rPr>
          <w:rFonts w:ascii="Arial" w:hAnsi="Arial" w:cs="Arial" w:eastAsia="Arial"/>
          <w:lang w:val="he-IL" w:bidi="he-IL"/>
          <w:sz w:val="22"/>
          <w:rtl/>
          <w:szCs w:val="22"/>
        </w:rPr>
        <w:t>5. ג – ־ַיִם</w:t>
      </w:r>
    </w:p>
    <w:p>
      <w:pPr>
        <w:bidi/>
        <w:spacing w:after="40"/>
        <w:jc w:val="right"/>
      </w:pPr>
      <w:r>
        <w:rPr>
          <w:rFonts w:ascii="Arial" w:hAnsi="Arial" w:cs="Arial" w:eastAsia="Arial"/>
          <w:lang w:val="he-IL" w:bidi="he-IL"/>
          <w:sz w:val="22"/>
          <w:rtl/>
          <w:szCs w:val="22"/>
        </w:rPr>
        <w:t>6. ב – משפט בגוף שלישי רבים בלי נושא מפורש</w:t>
      </w:r>
    </w:p>
    <w:p>
      <w:pPr>
        <w:bidi/>
        <w:spacing w:after="40"/>
        <w:jc w:val="right"/>
      </w:pPr>
      <w:r>
        <w:rPr>
          <w:rFonts w:ascii="Arial" w:hAnsi="Arial" w:cs="Arial" w:eastAsia="Arial"/>
          <w:lang w:val="he-IL" w:bidi="he-IL"/>
          <w:sz w:val="22"/>
          <w:rtl/>
          <w:szCs w:val="22"/>
        </w:rPr>
        <w:t>7. ב – בטן</w:t>
      </w:r>
    </w:p>
    <w:p>
      <w:pPr>
        <w:bidi/>
        <w:spacing w:after="40"/>
        <w:jc w:val="right"/>
      </w:pPr>
      <w:r>
        <w:rPr>
          <w:rFonts w:ascii="Arial" w:hAnsi="Arial" w:cs="Arial" w:eastAsia="Arial"/>
          <w:lang w:val="he-IL" w:bidi="he-IL"/>
          <w:sz w:val="22"/>
          <w:rtl/>
          <w:szCs w:val="22"/>
        </w:rPr>
        <w:t>8. א – תכלס</w:t>
      </w:r>
    </w:p>
    <w:p>
      <w:pPr>
        <w:bidi/>
        <w:pStyle w:val="Heading3"/>
        <w:spacing w:after="80"/>
        <w:jc w:val="right"/>
      </w:pPr>
      <w:r>
        <w:rPr>
          <w:rFonts w:ascii="Arial" w:hAnsi="Arial" w:cs="Arial" w:eastAsia="Arial"/>
          <w:lang w:val="he-IL" w:bidi="he-IL"/>
          <w:b/>
          <w:color w:val="D53F8C"/>
          <w:sz w:val="26"/>
          <w:rtl/>
          <w:szCs w:val="26"/>
          <w:bCs/>
        </w:rPr>
        <w:t>חלק י״ח – חזרה מסכמת – כתיבה ומחשבה משלבת</w:t>
      </w:r>
    </w:p>
    <w:p>
      <w:pPr>
        <w:bidi/>
        <w:spacing w:after="40"/>
        <w:jc w:val="right"/>
      </w:pPr>
      <w:r>
        <w:rPr>
          <w:rFonts w:ascii="Arial" w:hAnsi="Arial" w:cs="Arial" w:eastAsia="Arial"/>
          <w:lang w:val="he-IL" w:bidi="he-IL"/>
          <w:sz w:val="22"/>
          <w:rtl/>
          <w:szCs w:val="22"/>
        </w:rPr>
        <w:t>1. יש לציין שתי הצורות משתמשות בסיומות נקבה (־ת, ־ית) אך שם המקצוע מתאר תפקיד ואילו התואר מתאר תכונה או שייכות.</w:t>
      </w:r>
    </w:p>
    <w:p>
      <w:pPr>
        <w:bidi/>
        <w:spacing w:after="40"/>
        <w:jc w:val="right"/>
      </w:pPr>
      <w:r>
        <w:rPr>
          <w:rFonts w:ascii="Arial" w:hAnsi="Arial" w:cs="Arial" w:eastAsia="Arial"/>
          <w:lang w:val="he-IL" w:bidi="he-IL"/>
          <w:sz w:val="22"/>
          <w:rtl/>
          <w:szCs w:val="22"/>
        </w:rPr>
        <w:t>2. תשובה חופשית המזהה שתי יחידות (למשל היכרות וזמן) ומסבירה את הקשר בין השיר לנושא הלשוני שבו.</w:t>
      </w:r>
    </w:p>
    <w:p>
      <w:pPr>
        <w:bidi/>
        <w:spacing w:after="40"/>
        <w:jc w:val="right"/>
      </w:pPr>
      <w:r>
        <w:rPr>
          <w:rFonts w:ascii="Arial" w:hAnsi="Arial" w:cs="Arial" w:eastAsia="Arial"/>
          <w:lang w:val="he-IL" w:bidi="he-IL"/>
          <w:sz w:val="22"/>
          <w:rtl/>
          <w:szCs w:val="22"/>
        </w:rPr>
        <w:t>3. פסקה אישית הכוללת לפחות שלוש מילות אוצר מילים מיחידות שונות ומשפטים תקינים בהווה.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התלמיד/ה מזהה נכון תופעה כמו הווה, התפעל, זוגי או דרגת השוואה ומצטט דוגמה קצרה מהשיר.</w:t>
      </w:r>
    </w:p>
    <w:p>
      <w:pPr>
        <w:bidi/>
        <w:spacing w:after="80"/>
        <w:jc w:val="right"/>
      </w:pPr>
      <w:r>
        <w:rPr>
          <w:rFonts w:ascii="Arial" w:hAnsi="Arial" w:cs="Arial" w:eastAsia="Arial"/>
          <w:lang w:val="he-IL" w:bidi="he-IL"/>
          <w:sz w:val="22"/>
          <w:rtl/>
          <w:szCs w:val="22"/>
        </w:rPr>
        <w:t>• המשפט הסתמי בגוף שלישי רבים ללא נושא מפורש, לעומת משפט עם נושא ברור – ההבדל מוסבר בבירור.</w:t>
      </w:r>
    </w:p>
    <w:p>
      <w:pPr>
        <w:bidi/>
        <w:spacing w:after="80"/>
        <w:jc w:val="right"/>
      </w:pPr>
      <w:r>
        <w:rPr>
          <w:rFonts w:ascii="Arial" w:hAnsi="Arial" w:cs="Arial" w:eastAsia="Arial"/>
          <w:lang w:val="he-IL" w:bidi="he-IL"/>
          <w:sz w:val="22"/>
          <w:rtl/>
          <w:szCs w:val="22"/>
        </w:rPr>
        <w:t>• תשובה אישית מנומקת המתייחסת לאוצר המילים או לרעיון מהיחידות (שייכות, רב־תרבותיות, קהילה).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לפרוס את החוברת על פני כמה שיעורים – פרק אחד לשיעור, עם האזנה לשיר בתחילת כל פרק.</w:t>
      </w:r>
    </w:p>
    <w:p>
      <w:pPr>
        <w:bidi/>
        <w:spacing w:after="80"/>
        <w:jc w:val="right"/>
      </w:pPr>
      <w:r>
        <w:rPr>
          <w:rFonts w:ascii="Arial" w:hAnsi="Arial" w:cs="Arial" w:eastAsia="Arial"/>
          <w:lang w:val="he-IL" w:bidi="he-IL"/>
          <w:sz w:val="22"/>
          <w:rtl/>
          <w:szCs w:val="22"/>
        </w:rPr>
        <w:t>• לתלמידים חזקים אפשר להוסיף ניתוח מעמיק יותר של משקל ושורש, ולתלמידים מתקשים להתמקד באוצר המילים ובתבניות הבסיסיות בלבד.</w:t>
      </w:r>
    </w:p>
    <w:p>
      <w:pPr>
        <w:bidi/>
        <w:spacing w:after="80"/>
        <w:jc w:val="right"/>
      </w:pPr>
      <w:r>
        <w:rPr>
          <w:rFonts w:ascii="Arial" w:hAnsi="Arial" w:cs="Arial" w:eastAsia="Arial"/>
          <w:lang w:val="he-IL" w:bidi="he-IL"/>
          <w:sz w:val="22"/>
          <w:rtl/>
          <w:szCs w:val="22"/>
        </w:rPr>
        <w:t>• כדאי לשלב עבודה בזוגות בתרגילי 'מדברים' ו'ממיינים', ולתת זמן כתיבה אישי למשימות היצירה בסוף כל פרק.</w:t>
      </w:r>
    </w:p>
    <w:p>
      <w:pPr>
        <w:bidi/>
        <w:spacing w:after="80"/>
        <w:jc w:val="right"/>
      </w:pPr>
      <w:r>
        <w:rPr>
          <w:rFonts w:ascii="Arial" w:hAnsi="Arial" w:cs="Arial" w:eastAsia="Arial"/>
          <w:lang w:val="he-IL" w:bidi="he-IL"/>
          <w:sz w:val="22"/>
          <w:rtl/>
          <w:szCs w:val="22"/>
        </w:rPr>
        <w:t>• מומלץ לחזור בסוף החוברת לשאלות הרפלקציה ולקשר בין הנושאים הלשוניים לנושא הרחב יותר של שייכות וזהות ישראלית.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לומדים עברית בשירים – 20 יחידות</w:t>
            </w:r>
          </w:p>
          <w:p>
            <w:pPr>
              <w:bidi/>
              <w:jc w:val="right"/>
            </w:pPr>
            <w:r>
              <w:rPr>
                <w:rFonts w:ascii="Arial" w:hAnsi="Arial" w:cs="Arial" w:eastAsia="Arial"/>
                <w:lang w:val="he-IL" w:bidi="he-IL"/>
                <w:b/>
                <w:color w:val="3C1361"/>
                <w:sz w:val="32"/>
                <w:rtl/>
                <w:szCs w:val="32"/>
                <w:bCs/>
              </w:rPr>
              <w:t>חוברת תרגול – לומדים עברית בשירים: 20 יחידות</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בכל פרק תמצאו אוצר מילים, דגש לשוני ותרגילים הקשורים לשירים שנלמדו בכיתה. עברו על התרגילים לפי סדר הפרקים, ונסו לנמק את התשובות שלכם בעזרת דוגמאות מהשיר עצמו. בסוף כל פרק יש משימת כתיבה – כתבו בעברית תקנית ובמשפטים שלמים.</w:t>
      </w:r>
    </w:p>
    <w:p>
      <w:pPr>
        <w:bidi/>
        <w:pStyle w:val="Heading2"/>
        <w:spacing w:after="80"/>
        <w:jc w:val="right"/>
      </w:pPr>
      <w:r>
        <w:rPr>
          <w:rFonts w:ascii="Arial" w:hAnsi="Arial" w:cs="Arial" w:eastAsia="Arial"/>
          <w:lang w:val="he-IL" w:bidi="he-IL"/>
          <w:b/>
          <w:color w:val="E53E3E"/>
          <w:sz w:val="28"/>
          <w:rtl/>
          <w:szCs w:val="28"/>
          <w:bCs/>
        </w:rPr>
        <w:t>1  חלק א׳ – פרק 1 · היכרות וזהות – אוצר מילים וכינויי גוף</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מילת השאלה ששואלת על מוצא או ארץ מוצא היא:</w:t>
      </w:r>
    </w:p>
    <w:p>
      <w:pPr>
        <w:bidi/>
        <w:spacing w:after="20"/>
        <w:jc w:val="right"/>
      </w:pPr>
      <w:r>
        <w:rPr>
          <w:rFonts w:ascii="Arial" w:hAnsi="Arial" w:cs="Arial" w:eastAsia="Arial"/>
          <w:lang w:val="he-IL" w:bidi="he-IL"/>
          <w:sz w:val="24"/>
          <w:rtl/>
          <w:szCs w:val="24"/>
        </w:rPr>
        <w:t xml:space="preserve">      ☐ א. מי</w:t>
      </w:r>
    </w:p>
    <w:p>
      <w:pPr>
        <w:bidi/>
        <w:spacing w:after="20"/>
        <w:jc w:val="right"/>
      </w:pPr>
      <w:r>
        <w:rPr>
          <w:rFonts w:ascii="Arial" w:hAnsi="Arial" w:cs="Arial" w:eastAsia="Arial"/>
          <w:lang w:val="he-IL" w:bidi="he-IL"/>
          <w:sz w:val="24"/>
          <w:rtl/>
          <w:szCs w:val="24"/>
        </w:rPr>
        <w:t xml:space="preserve">      ☐ ב. מה</w:t>
      </w:r>
    </w:p>
    <w:p>
      <w:pPr>
        <w:bidi/>
        <w:spacing w:after="20"/>
        <w:jc w:val="right"/>
      </w:pPr>
      <w:r>
        <w:rPr>
          <w:rFonts w:ascii="Arial" w:hAnsi="Arial" w:cs="Arial" w:eastAsia="Arial"/>
          <w:lang w:val="he-IL" w:bidi="he-IL"/>
          <w:sz w:val="24"/>
          <w:rtl/>
          <w:szCs w:val="24"/>
        </w:rPr>
        <w:t xml:space="preserve">      ☐ ג. מאיפה</w:t>
      </w:r>
    </w:p>
    <w:p>
      <w:pPr>
        <w:bidi/>
        <w:spacing w:after="20"/>
        <w:jc w:val="right"/>
      </w:pPr>
      <w:r>
        <w:rPr>
          <w:rFonts w:ascii="Arial" w:hAnsi="Arial" w:cs="Arial" w:eastAsia="Arial"/>
          <w:lang w:val="he-IL" w:bidi="he-IL"/>
          <w:sz w:val="24"/>
          <w:rtl/>
          <w:szCs w:val="24"/>
        </w:rPr>
        <w:t xml:space="preserve">      ☐ ד. איך</w:t>
      </w:r>
    </w:p>
    <w:p>
      <w:pPr>
        <w:bidi/>
        <w:spacing w:after="20"/>
        <w:jc w:val="right"/>
      </w:pPr>
      <w:r>
        <w:rPr>
          <w:rFonts w:ascii="Arial" w:hAnsi="Arial" w:cs="Arial" w:eastAsia="Arial"/>
          <w:lang w:val="he-IL" w:bidi="he-IL"/>
          <w:b/>
          <w:sz w:val="24"/>
          <w:rtl/>
          <w:szCs w:val="24"/>
          <w:bCs/>
        </w:rPr>
        <w:t>2. בשירי היחידה 'שלום לכם' ו'סאלאם' חוזרת ברכה שמשמעותה המשותפת היא:</w:t>
      </w:r>
    </w:p>
    <w:p>
      <w:pPr>
        <w:bidi/>
        <w:spacing w:after="20"/>
        <w:jc w:val="right"/>
      </w:pPr>
      <w:r>
        <w:rPr>
          <w:rFonts w:ascii="Arial" w:hAnsi="Arial" w:cs="Arial" w:eastAsia="Arial"/>
          <w:lang w:val="he-IL" w:bidi="he-IL"/>
          <w:sz w:val="24"/>
          <w:rtl/>
          <w:szCs w:val="24"/>
        </w:rPr>
        <w:t xml:space="preserve">      ☐ א. ברכת פרידה</w:t>
      </w:r>
    </w:p>
    <w:p>
      <w:pPr>
        <w:bidi/>
        <w:spacing w:after="20"/>
        <w:jc w:val="right"/>
      </w:pPr>
      <w:r>
        <w:rPr>
          <w:rFonts w:ascii="Arial" w:hAnsi="Arial" w:cs="Arial" w:eastAsia="Arial"/>
          <w:lang w:val="he-IL" w:bidi="he-IL"/>
          <w:sz w:val="24"/>
          <w:rtl/>
          <w:szCs w:val="24"/>
        </w:rPr>
        <w:t xml:space="preserve">      ☐ ב. ברכת שלום ובוא בשלום</w:t>
      </w:r>
    </w:p>
    <w:p>
      <w:pPr>
        <w:bidi/>
        <w:spacing w:after="20"/>
        <w:jc w:val="right"/>
      </w:pPr>
      <w:r>
        <w:rPr>
          <w:rFonts w:ascii="Arial" w:hAnsi="Arial" w:cs="Arial" w:eastAsia="Arial"/>
          <w:lang w:val="he-IL" w:bidi="he-IL"/>
          <w:sz w:val="24"/>
          <w:rtl/>
          <w:szCs w:val="24"/>
        </w:rPr>
        <w:t xml:space="preserve">      ☐ ג. שם של מקום</w:t>
      </w:r>
    </w:p>
    <w:p>
      <w:pPr>
        <w:bidi/>
        <w:spacing w:after="20"/>
        <w:jc w:val="right"/>
      </w:pPr>
      <w:r>
        <w:rPr>
          <w:rFonts w:ascii="Arial" w:hAnsi="Arial" w:cs="Arial" w:eastAsia="Arial"/>
          <w:lang w:val="he-IL" w:bidi="he-IL"/>
          <w:sz w:val="24"/>
          <w:rtl/>
          <w:szCs w:val="24"/>
        </w:rPr>
        <w:t xml:space="preserve">      ☐ ד. שם של מאכל</w:t>
      </w:r>
    </w:p>
    <w:p>
      <w:pPr>
        <w:bidi/>
        <w:spacing w:after="20"/>
        <w:jc w:val="right"/>
      </w:pPr>
      <w:r>
        <w:rPr>
          <w:rFonts w:ascii="Arial" w:hAnsi="Arial" w:cs="Arial" w:eastAsia="Arial"/>
          <w:lang w:val="he-IL" w:bidi="he-IL"/>
          <w:b/>
          <w:sz w:val="24"/>
          <w:rtl/>
          <w:szCs w:val="24"/>
          <w:bCs/>
        </w:rPr>
        <w:t>3. בביטוי 'מה שלומך' הפנייה לבן ולבת נכתבת אותו דבר אך נהגית אחרת. במה ההבדל?</w:t>
      </w:r>
    </w:p>
    <w:p>
      <w:pPr>
        <w:bidi/>
        <w:spacing w:after="20"/>
        <w:jc w:val="right"/>
      </w:pPr>
      <w:r>
        <w:rPr>
          <w:rFonts w:ascii="Arial" w:hAnsi="Arial" w:cs="Arial" w:eastAsia="Arial"/>
          <w:lang w:val="he-IL" w:bidi="he-IL"/>
          <w:sz w:val="24"/>
          <w:rtl/>
          <w:szCs w:val="24"/>
        </w:rPr>
        <w:t xml:space="preserve">      ☐ א. אין שום הבדל</w:t>
      </w:r>
    </w:p>
    <w:p>
      <w:pPr>
        <w:bidi/>
        <w:spacing w:after="20"/>
        <w:jc w:val="right"/>
      </w:pPr>
      <w:r>
        <w:rPr>
          <w:rFonts w:ascii="Arial" w:hAnsi="Arial" w:cs="Arial" w:eastAsia="Arial"/>
          <w:lang w:val="he-IL" w:bidi="he-IL"/>
          <w:sz w:val="24"/>
          <w:rtl/>
          <w:szCs w:val="24"/>
        </w:rPr>
        <w:t xml:space="preserve">      ☐ ב. בהגיית הניקוד בסוף המילה</w:t>
      </w:r>
    </w:p>
    <w:p>
      <w:pPr>
        <w:bidi/>
        <w:spacing w:after="20"/>
        <w:jc w:val="right"/>
      </w:pPr>
      <w:r>
        <w:rPr>
          <w:rFonts w:ascii="Arial" w:hAnsi="Arial" w:cs="Arial" w:eastAsia="Arial"/>
          <w:lang w:val="he-IL" w:bidi="he-IL"/>
          <w:sz w:val="24"/>
          <w:rtl/>
          <w:szCs w:val="24"/>
        </w:rPr>
        <w:t xml:space="preserve">      ☐ ג. במילה כולה</w:t>
      </w:r>
    </w:p>
    <w:p>
      <w:pPr>
        <w:bidi/>
        <w:spacing w:after="20"/>
        <w:jc w:val="right"/>
      </w:pPr>
      <w:r>
        <w:rPr>
          <w:rFonts w:ascii="Arial" w:hAnsi="Arial" w:cs="Arial" w:eastAsia="Arial"/>
          <w:lang w:val="he-IL" w:bidi="he-IL"/>
          <w:sz w:val="24"/>
          <w:rtl/>
          <w:szCs w:val="24"/>
        </w:rPr>
        <w:t xml:space="preserve">      ☐ ד. רק בכתיב</w:t>
      </w:r>
    </w:p>
    <w:p>
      <w:pPr>
        <w:bidi/>
        <w:spacing w:after="20"/>
        <w:jc w:val="right"/>
      </w:pPr>
      <w:r>
        <w:rPr>
          <w:rFonts w:ascii="Arial" w:hAnsi="Arial" w:cs="Arial" w:eastAsia="Arial"/>
          <w:lang w:val="he-IL" w:bidi="he-IL"/>
          <w:b/>
          <w:sz w:val="24"/>
          <w:rtl/>
          <w:szCs w:val="24"/>
          <w:bCs/>
        </w:rPr>
        <w:t>4. איזה כינוי גוף מתאר קבוצת בנות בגוף שלישי?</w:t>
      </w:r>
    </w:p>
    <w:p>
      <w:pPr>
        <w:bidi/>
        <w:spacing w:after="20"/>
        <w:jc w:val="right"/>
      </w:pPr>
      <w:r>
        <w:rPr>
          <w:rFonts w:ascii="Arial" w:hAnsi="Arial" w:cs="Arial" w:eastAsia="Arial"/>
          <w:lang w:val="he-IL" w:bidi="he-IL"/>
          <w:sz w:val="24"/>
          <w:rtl/>
          <w:szCs w:val="24"/>
        </w:rPr>
        <w:t xml:space="preserve">      ☐ א. הם</w:t>
      </w:r>
    </w:p>
    <w:p>
      <w:pPr>
        <w:bidi/>
        <w:spacing w:after="20"/>
        <w:jc w:val="right"/>
      </w:pPr>
      <w:r>
        <w:rPr>
          <w:rFonts w:ascii="Arial" w:hAnsi="Arial" w:cs="Arial" w:eastAsia="Arial"/>
          <w:lang w:val="he-IL" w:bidi="he-IL"/>
          <w:sz w:val="24"/>
          <w:rtl/>
          <w:szCs w:val="24"/>
        </w:rPr>
        <w:t xml:space="preserve">      ☐ ב. הן</w:t>
      </w:r>
    </w:p>
    <w:p>
      <w:pPr>
        <w:bidi/>
        <w:spacing w:after="20"/>
        <w:jc w:val="right"/>
      </w:pPr>
      <w:r>
        <w:rPr>
          <w:rFonts w:ascii="Arial" w:hAnsi="Arial" w:cs="Arial" w:eastAsia="Arial"/>
          <w:lang w:val="he-IL" w:bidi="he-IL"/>
          <w:sz w:val="24"/>
          <w:rtl/>
          <w:szCs w:val="24"/>
        </w:rPr>
        <w:t xml:space="preserve">      ☐ ג. אתם</w:t>
      </w:r>
    </w:p>
    <w:p>
      <w:pPr>
        <w:bidi/>
        <w:spacing w:after="20"/>
        <w:jc w:val="right"/>
      </w:pPr>
      <w:r>
        <w:rPr>
          <w:rFonts w:ascii="Arial" w:hAnsi="Arial" w:cs="Arial" w:eastAsia="Arial"/>
          <w:lang w:val="he-IL" w:bidi="he-IL"/>
          <w:sz w:val="24"/>
          <w:rtl/>
          <w:szCs w:val="24"/>
        </w:rPr>
        <w:t xml:space="preserve">      ☐ ד. אתן</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היכרות וזהות – כינויי גוף ופנייה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אתה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שאלה על זהותו של אדם</w:t>
            </w:r>
          </w:p>
        </w:tc>
      </w:tr>
      <w:tr>
        <w:tc>
          <w:tcPr>
            <w:tcW w:type="dxa" w:w="3969"/>
          </w:tcPr>
          <w:p>
            <w:pPr>
              <w:bidi/>
              <w:jc w:val="right"/>
            </w:pPr>
            <w:r>
              <w:rPr>
                <w:rFonts w:ascii="Arial" w:hAnsi="Arial" w:cs="Arial" w:eastAsia="Arial"/>
                <w:lang w:val="he-IL" w:bidi="he-IL"/>
                <w:sz w:val="24"/>
                <w:rtl/>
                <w:szCs w:val="24"/>
              </w:rPr>
              <w:t>2. את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פנייה לקבוצת בנות</w:t>
            </w:r>
          </w:p>
        </w:tc>
      </w:tr>
      <w:tr>
        <w:tc>
          <w:tcPr>
            <w:tcW w:type="dxa" w:w="3969"/>
          </w:tcPr>
          <w:p>
            <w:pPr>
              <w:bidi/>
              <w:jc w:val="right"/>
            </w:pPr>
            <w:r>
              <w:rPr>
                <w:rFonts w:ascii="Arial" w:hAnsi="Arial" w:cs="Arial" w:eastAsia="Arial"/>
                <w:lang w:val="he-IL" w:bidi="he-IL"/>
                <w:sz w:val="24"/>
                <w:rtl/>
                <w:szCs w:val="24"/>
              </w:rPr>
              <w:t>3. אתן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גוף שלישי רבים, זכרים או קבוצה מעורבת</w:t>
            </w:r>
          </w:p>
        </w:tc>
      </w:tr>
      <w:tr>
        <w:tc>
          <w:tcPr>
            <w:tcW w:type="dxa" w:w="3969"/>
          </w:tcPr>
          <w:p>
            <w:pPr>
              <w:bidi/>
              <w:jc w:val="right"/>
            </w:pPr>
            <w:r>
              <w:rPr>
                <w:rFonts w:ascii="Arial" w:hAnsi="Arial" w:cs="Arial" w:eastAsia="Arial"/>
                <w:lang w:val="he-IL" w:bidi="he-IL"/>
                <w:sz w:val="24"/>
                <w:rtl/>
                <w:szCs w:val="24"/>
              </w:rPr>
              <w:t>4. הם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פנייה לבת יחידה</w:t>
            </w:r>
          </w:p>
        </w:tc>
      </w:tr>
      <w:tr>
        <w:tc>
          <w:tcPr>
            <w:tcW w:type="dxa" w:w="3969"/>
          </w:tcPr>
          <w:p>
            <w:pPr>
              <w:bidi/>
              <w:jc w:val="right"/>
            </w:pPr>
            <w:r>
              <w:rPr>
                <w:rFonts w:ascii="Arial" w:hAnsi="Arial" w:cs="Arial" w:eastAsia="Arial"/>
                <w:lang w:val="he-IL" w:bidi="he-IL"/>
                <w:sz w:val="24"/>
                <w:rtl/>
                <w:szCs w:val="24"/>
              </w:rPr>
              <w:t>5. מי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פנייה לבן יחיד</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היכרות וזהות – זהות, התאם וכתיבה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כתבו שלושה משפטים קצרים ובהם מציגים את עצמכם, עם שני כינויי גוף שונים לפחות ושם תואר אחד המתאים למין הדובר או הדוברת.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הסבירו בשתי שורות מדוע חשוב להתאים את שם התואר למין ולמספר של מי שמתואר, למשל 'תלמיד חרוץ' מול 'תלמידה חרוצה'.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בשיר 'אני נשאר אני' יש רעיון של שמירה על זהות אישית. כתבו פסקה קצרה של 3-4 משפטים על מה הופך אתכם ל'אתם עצמכם', תוך שימוש בלפחות שלוש מילות שאלה שונות בתוך השאלות שאתם שואלים את עצמכם.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2 · ארצות, שפות ומקומות – זיהוי וזכירה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שם שפה נוצר לרוב מתוספת סיומת ־י או ־ית לשם הארץ, כמו צרפת-צרפתית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הפועל בהווה משתנה רק לפי זמן ולא לפי מין ומספר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ארצות, שפות ומקומות – מילות יחס וצורות הפועל</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לכמה צורות מתחלק הפועל בזמן הווה?</w:t>
      </w:r>
    </w:p>
    <w:p>
      <w:pPr>
        <w:bidi/>
        <w:spacing w:after="20"/>
        <w:jc w:val="right"/>
      </w:pPr>
      <w:r>
        <w:rPr>
          <w:rFonts w:ascii="Arial" w:hAnsi="Arial" w:cs="Arial" w:eastAsia="Arial"/>
          <w:lang w:val="he-IL" w:bidi="he-IL"/>
          <w:sz w:val="24"/>
          <w:rtl/>
          <w:szCs w:val="24"/>
        </w:rPr>
        <w:t xml:space="preserve">      ☐ א. 2</w:t>
      </w:r>
    </w:p>
    <w:p>
      <w:pPr>
        <w:bidi/>
        <w:spacing w:after="20"/>
        <w:jc w:val="right"/>
      </w:pPr>
      <w:r>
        <w:rPr>
          <w:rFonts w:ascii="Arial" w:hAnsi="Arial" w:cs="Arial" w:eastAsia="Arial"/>
          <w:lang w:val="he-IL" w:bidi="he-IL"/>
          <w:sz w:val="24"/>
          <w:rtl/>
          <w:szCs w:val="24"/>
        </w:rPr>
        <w:t xml:space="preserve">      ☐ ב. 3</w:t>
      </w:r>
    </w:p>
    <w:p>
      <w:pPr>
        <w:bidi/>
        <w:spacing w:after="20"/>
        <w:jc w:val="right"/>
      </w:pPr>
      <w:r>
        <w:rPr>
          <w:rFonts w:ascii="Arial" w:hAnsi="Arial" w:cs="Arial" w:eastAsia="Arial"/>
          <w:lang w:val="he-IL" w:bidi="he-IL"/>
          <w:sz w:val="24"/>
          <w:rtl/>
          <w:szCs w:val="24"/>
        </w:rPr>
        <w:t xml:space="preserve">      ☐ ג. 4</w:t>
      </w:r>
    </w:p>
    <w:p>
      <w:pPr>
        <w:bidi/>
        <w:spacing w:after="20"/>
        <w:jc w:val="right"/>
      </w:pPr>
      <w:r>
        <w:rPr>
          <w:rFonts w:ascii="Arial" w:hAnsi="Arial" w:cs="Arial" w:eastAsia="Arial"/>
          <w:lang w:val="he-IL" w:bidi="he-IL"/>
          <w:sz w:val="24"/>
          <w:rtl/>
          <w:szCs w:val="24"/>
        </w:rPr>
        <w:t xml:space="preserve">      ☐ ד. 6</w:t>
      </w:r>
    </w:p>
    <w:p>
      <w:pPr>
        <w:bidi/>
        <w:spacing w:after="20"/>
        <w:jc w:val="right"/>
      </w:pPr>
      <w:r>
        <w:rPr>
          <w:rFonts w:ascii="Arial" w:hAnsi="Arial" w:cs="Arial" w:eastAsia="Arial"/>
          <w:lang w:val="he-IL" w:bidi="he-IL"/>
          <w:b/>
          <w:sz w:val="24"/>
          <w:rtl/>
          <w:szCs w:val="24"/>
          <w:bCs/>
        </w:rPr>
        <w:t>2. איזו מהמילים הבאות נוצרה מהוספת סיומת שפה לשם ארץ?</w:t>
      </w:r>
    </w:p>
    <w:p>
      <w:pPr>
        <w:bidi/>
        <w:spacing w:after="20"/>
        <w:jc w:val="right"/>
      </w:pPr>
      <w:r>
        <w:rPr>
          <w:rFonts w:ascii="Arial" w:hAnsi="Arial" w:cs="Arial" w:eastAsia="Arial"/>
          <w:lang w:val="he-IL" w:bidi="he-IL"/>
          <w:sz w:val="24"/>
          <w:rtl/>
          <w:szCs w:val="24"/>
        </w:rPr>
        <w:t xml:space="preserve">      ☐ א. עברית</w:t>
      </w:r>
    </w:p>
    <w:p>
      <w:pPr>
        <w:bidi/>
        <w:spacing w:after="20"/>
        <w:jc w:val="right"/>
      </w:pPr>
      <w:r>
        <w:rPr>
          <w:rFonts w:ascii="Arial" w:hAnsi="Arial" w:cs="Arial" w:eastAsia="Arial"/>
          <w:lang w:val="he-IL" w:bidi="he-IL"/>
          <w:sz w:val="24"/>
          <w:rtl/>
          <w:szCs w:val="24"/>
        </w:rPr>
        <w:t xml:space="preserve">      ☐ ב. עולם</w:t>
      </w:r>
    </w:p>
    <w:p>
      <w:pPr>
        <w:bidi/>
        <w:spacing w:after="20"/>
        <w:jc w:val="right"/>
      </w:pPr>
      <w:r>
        <w:rPr>
          <w:rFonts w:ascii="Arial" w:hAnsi="Arial" w:cs="Arial" w:eastAsia="Arial"/>
          <w:lang w:val="he-IL" w:bidi="he-IL"/>
          <w:sz w:val="24"/>
          <w:rtl/>
          <w:szCs w:val="24"/>
        </w:rPr>
        <w:t xml:space="preserve">      ☐ ג. חצר</w:t>
      </w:r>
    </w:p>
    <w:p>
      <w:pPr>
        <w:bidi/>
        <w:spacing w:after="20"/>
        <w:jc w:val="right"/>
      </w:pPr>
      <w:r>
        <w:rPr>
          <w:rFonts w:ascii="Arial" w:hAnsi="Arial" w:cs="Arial" w:eastAsia="Arial"/>
          <w:lang w:val="he-IL" w:bidi="he-IL"/>
          <w:sz w:val="24"/>
          <w:rtl/>
          <w:szCs w:val="24"/>
        </w:rPr>
        <w:t xml:space="preserve">      ☐ ד. חבר</w:t>
      </w:r>
    </w:p>
    <w:p>
      <w:pPr>
        <w:bidi/>
        <w:spacing w:after="20"/>
        <w:jc w:val="right"/>
      </w:pPr>
      <w:r>
        <w:rPr>
          <w:rFonts w:ascii="Arial" w:hAnsi="Arial" w:cs="Arial" w:eastAsia="Arial"/>
          <w:lang w:val="he-IL" w:bidi="he-IL"/>
          <w:b/>
          <w:sz w:val="24"/>
          <w:rtl/>
          <w:szCs w:val="24"/>
          <w:bCs/>
        </w:rPr>
        <w:t>3. איזו מילת יחס מתאימה למשפט: 'אני גר ___ רחוב שינקין'?</w:t>
      </w:r>
    </w:p>
    <w:p>
      <w:pPr>
        <w:bidi/>
        <w:spacing w:after="20"/>
        <w:jc w:val="right"/>
      </w:pPr>
      <w:r>
        <w:rPr>
          <w:rFonts w:ascii="Arial" w:hAnsi="Arial" w:cs="Arial" w:eastAsia="Arial"/>
          <w:lang w:val="he-IL" w:bidi="he-IL"/>
          <w:sz w:val="24"/>
          <w:rtl/>
          <w:szCs w:val="24"/>
        </w:rPr>
        <w:t xml:space="preserve">      ☐ א. ב</w:t>
      </w:r>
    </w:p>
    <w:p>
      <w:pPr>
        <w:bidi/>
        <w:spacing w:after="20"/>
        <w:jc w:val="right"/>
      </w:pPr>
      <w:r>
        <w:rPr>
          <w:rFonts w:ascii="Arial" w:hAnsi="Arial" w:cs="Arial" w:eastAsia="Arial"/>
          <w:lang w:val="he-IL" w:bidi="he-IL"/>
          <w:sz w:val="24"/>
          <w:rtl/>
          <w:szCs w:val="24"/>
        </w:rPr>
        <w:t xml:space="preserve">      ☐ ב. על</w:t>
      </w:r>
    </w:p>
    <w:p>
      <w:pPr>
        <w:bidi/>
        <w:spacing w:after="20"/>
        <w:jc w:val="right"/>
      </w:pPr>
      <w:r>
        <w:rPr>
          <w:rFonts w:ascii="Arial" w:hAnsi="Arial" w:cs="Arial" w:eastAsia="Arial"/>
          <w:lang w:val="he-IL" w:bidi="he-IL"/>
          <w:sz w:val="24"/>
          <w:rtl/>
          <w:szCs w:val="24"/>
        </w:rPr>
        <w:t xml:space="preserve">      ☐ ג. עם</w:t>
      </w:r>
    </w:p>
    <w:p>
      <w:pPr>
        <w:bidi/>
        <w:spacing w:after="20"/>
        <w:jc w:val="right"/>
      </w:pPr>
      <w:r>
        <w:rPr>
          <w:rFonts w:ascii="Arial" w:hAnsi="Arial" w:cs="Arial" w:eastAsia="Arial"/>
          <w:lang w:val="he-IL" w:bidi="he-IL"/>
          <w:sz w:val="24"/>
          <w:rtl/>
          <w:szCs w:val="24"/>
        </w:rPr>
        <w:t xml:space="preserve">      ☐ ד. אל</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ארצות, שפות ומקומות – השלמות</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במילה 'רוסית' הסיומת __________ הופכת את שם הארץ לשם השפה</w:t>
      </w:r>
    </w:p>
    <w:p>
      <w:pPr>
        <w:bidi/>
        <w:spacing w:after="80"/>
        <w:jc w:val="right"/>
      </w:pPr>
      <w:r>
        <w:rPr>
          <w:rFonts w:ascii="Arial" w:hAnsi="Arial" w:cs="Arial" w:eastAsia="Arial"/>
          <w:lang w:val="he-IL" w:bidi="he-IL"/>
          <w:sz w:val="24"/>
          <w:rtl/>
          <w:szCs w:val="24"/>
        </w:rPr>
        <w:t>2. הוא __________ (לגור) ליד הים</w:t>
      </w:r>
    </w:p>
    <w:p>
      <w:pPr>
        <w:bidi/>
        <w:spacing w:after="80"/>
        <w:jc w:val="right"/>
      </w:pPr>
      <w:r>
        <w:rPr>
          <w:rFonts w:ascii="Arial" w:hAnsi="Arial" w:cs="Arial" w:eastAsia="Arial"/>
          <w:lang w:val="he-IL" w:bidi="he-IL"/>
          <w:sz w:val="24"/>
          <w:rtl/>
          <w:szCs w:val="24"/>
        </w:rPr>
        <w:t>3. הן __________ (לדבר) שלוש שפות</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ארצות, שפות ומקומות – התאמה ויישום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צרפת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ספרדית</w:t>
            </w:r>
          </w:p>
        </w:tc>
      </w:tr>
      <w:tr>
        <w:tc>
          <w:tcPr>
            <w:tcW w:type="dxa" w:w="3969"/>
          </w:tcPr>
          <w:p>
            <w:pPr>
              <w:bidi/>
              <w:jc w:val="right"/>
            </w:pPr>
            <w:r>
              <w:rPr>
                <w:rFonts w:ascii="Arial" w:hAnsi="Arial" w:cs="Arial" w:eastAsia="Arial"/>
                <w:lang w:val="he-IL" w:bidi="he-IL"/>
                <w:sz w:val="24"/>
                <w:rtl/>
                <w:szCs w:val="24"/>
              </w:rPr>
              <w:t>2. רוסיה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צרפתית</w:t>
            </w:r>
          </w:p>
        </w:tc>
      </w:tr>
      <w:tr>
        <w:tc>
          <w:tcPr>
            <w:tcW w:type="dxa" w:w="3969"/>
          </w:tcPr>
          <w:p>
            <w:pPr>
              <w:bidi/>
              <w:jc w:val="right"/>
            </w:pPr>
            <w:r>
              <w:rPr>
                <w:rFonts w:ascii="Arial" w:hAnsi="Arial" w:cs="Arial" w:eastAsia="Arial"/>
                <w:lang w:val="he-IL" w:bidi="he-IL"/>
                <w:sz w:val="24"/>
                <w:rtl/>
                <w:szCs w:val="24"/>
              </w:rPr>
              <w:t>3. ספרד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אמהרית</w:t>
            </w:r>
          </w:p>
        </w:tc>
      </w:tr>
      <w:tr>
        <w:tc>
          <w:tcPr>
            <w:tcW w:type="dxa" w:w="3969"/>
          </w:tcPr>
          <w:p>
            <w:pPr>
              <w:bidi/>
              <w:jc w:val="right"/>
            </w:pPr>
            <w:r>
              <w:rPr>
                <w:rFonts w:ascii="Arial" w:hAnsi="Arial" w:cs="Arial" w:eastAsia="Arial"/>
                <w:lang w:val="he-IL" w:bidi="he-IL"/>
                <w:sz w:val="24"/>
                <w:rtl/>
                <w:szCs w:val="24"/>
              </w:rPr>
              <w:t>4. אתיופיה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רוסית</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יום־יום, לימודים, עבודה וזמן – הכרה ראשונית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באיזה בניין מופיעה בדרך כלל התחילית מִת־ בהווה (למשל: מתקלח)?</w:t>
      </w:r>
    </w:p>
    <w:p>
      <w:pPr>
        <w:bidi/>
        <w:spacing w:after="20"/>
        <w:jc w:val="right"/>
      </w:pPr>
      <w:r>
        <w:rPr>
          <w:rFonts w:ascii="Arial" w:hAnsi="Arial" w:cs="Arial" w:eastAsia="Arial"/>
          <w:lang w:val="he-IL" w:bidi="he-IL"/>
          <w:sz w:val="24"/>
          <w:rtl/>
          <w:szCs w:val="24"/>
        </w:rPr>
        <w:t xml:space="preserve">      ☐ א. פעל</w:t>
      </w:r>
    </w:p>
    <w:p>
      <w:pPr>
        <w:bidi/>
        <w:spacing w:after="20"/>
        <w:jc w:val="right"/>
      </w:pPr>
      <w:r>
        <w:rPr>
          <w:rFonts w:ascii="Arial" w:hAnsi="Arial" w:cs="Arial" w:eastAsia="Arial"/>
          <w:lang w:val="he-IL" w:bidi="he-IL"/>
          <w:sz w:val="24"/>
          <w:rtl/>
          <w:szCs w:val="24"/>
        </w:rPr>
        <w:t xml:space="preserve">      ☐ ב. פיעל</w:t>
      </w:r>
    </w:p>
    <w:p>
      <w:pPr>
        <w:bidi/>
        <w:spacing w:after="20"/>
        <w:jc w:val="right"/>
      </w:pPr>
      <w:r>
        <w:rPr>
          <w:rFonts w:ascii="Arial" w:hAnsi="Arial" w:cs="Arial" w:eastAsia="Arial"/>
          <w:lang w:val="he-IL" w:bidi="he-IL"/>
          <w:sz w:val="24"/>
          <w:rtl/>
          <w:szCs w:val="24"/>
        </w:rPr>
        <w:t xml:space="preserve">      ☐ ג. התפעל</w:t>
      </w:r>
    </w:p>
    <w:p>
      <w:pPr>
        <w:bidi/>
        <w:spacing w:after="20"/>
        <w:jc w:val="right"/>
      </w:pPr>
      <w:r>
        <w:rPr>
          <w:rFonts w:ascii="Arial" w:hAnsi="Arial" w:cs="Arial" w:eastAsia="Arial"/>
          <w:lang w:val="he-IL" w:bidi="he-IL"/>
          <w:sz w:val="24"/>
          <w:rtl/>
          <w:szCs w:val="24"/>
        </w:rPr>
        <w:t xml:space="preserve">      ☐ ד. הפעיל</w:t>
      </w:r>
    </w:p>
    <w:p>
      <w:pPr>
        <w:bidi/>
        <w:spacing w:after="20"/>
        <w:jc w:val="right"/>
      </w:pPr>
      <w:r>
        <w:rPr>
          <w:rFonts w:ascii="Arial" w:hAnsi="Arial" w:cs="Arial" w:eastAsia="Arial"/>
          <w:lang w:val="he-IL" w:bidi="he-IL"/>
          <w:b/>
          <w:sz w:val="24"/>
          <w:rtl/>
          <w:szCs w:val="24"/>
          <w:bCs/>
        </w:rPr>
        <w:t>2. מהו השורש המשותף למילים 'כותב', 'מכתב' ו'כתובת'?</w:t>
      </w:r>
    </w:p>
    <w:p>
      <w:pPr>
        <w:bidi/>
        <w:spacing w:after="20"/>
        <w:jc w:val="right"/>
      </w:pPr>
      <w:r>
        <w:rPr>
          <w:rFonts w:ascii="Arial" w:hAnsi="Arial" w:cs="Arial" w:eastAsia="Arial"/>
          <w:lang w:val="he-IL" w:bidi="he-IL"/>
          <w:sz w:val="24"/>
          <w:rtl/>
          <w:szCs w:val="24"/>
        </w:rPr>
        <w:t xml:space="preserve">      ☐ א. כ-ת-ב</w:t>
      </w:r>
    </w:p>
    <w:p>
      <w:pPr>
        <w:bidi/>
        <w:spacing w:after="20"/>
        <w:jc w:val="right"/>
      </w:pPr>
      <w:r>
        <w:rPr>
          <w:rFonts w:ascii="Arial" w:hAnsi="Arial" w:cs="Arial" w:eastAsia="Arial"/>
          <w:lang w:val="he-IL" w:bidi="he-IL"/>
          <w:sz w:val="24"/>
          <w:rtl/>
          <w:szCs w:val="24"/>
        </w:rPr>
        <w:t xml:space="preserve">      ☐ ב. כ-ת-ת</w:t>
      </w:r>
    </w:p>
    <w:p>
      <w:pPr>
        <w:bidi/>
        <w:spacing w:after="20"/>
        <w:jc w:val="right"/>
      </w:pPr>
      <w:r>
        <w:rPr>
          <w:rFonts w:ascii="Arial" w:hAnsi="Arial" w:cs="Arial" w:eastAsia="Arial"/>
          <w:lang w:val="he-IL" w:bidi="he-IL"/>
          <w:sz w:val="24"/>
          <w:rtl/>
          <w:szCs w:val="24"/>
        </w:rPr>
        <w:t xml:space="preserve">      ☐ ג. מ-כ-ת</w:t>
      </w:r>
    </w:p>
    <w:p>
      <w:pPr>
        <w:bidi/>
        <w:spacing w:after="20"/>
        <w:jc w:val="right"/>
      </w:pPr>
      <w:r>
        <w:rPr>
          <w:rFonts w:ascii="Arial" w:hAnsi="Arial" w:cs="Arial" w:eastAsia="Arial"/>
          <w:lang w:val="he-IL" w:bidi="he-IL"/>
          <w:sz w:val="24"/>
          <w:rtl/>
          <w:szCs w:val="24"/>
        </w:rPr>
        <w:t xml:space="preserve">      ☐ ד. כ-ת-ו</w:t>
      </w:r>
    </w:p>
    <w:p>
      <w:pPr>
        <w:bidi/>
        <w:spacing w:after="20"/>
        <w:jc w:val="right"/>
      </w:pPr>
      <w:r>
        <w:rPr>
          <w:rFonts w:ascii="Arial" w:hAnsi="Arial" w:cs="Arial" w:eastAsia="Arial"/>
          <w:lang w:val="he-IL" w:bidi="he-IL"/>
          <w:b/>
          <w:sz w:val="24"/>
          <w:rtl/>
          <w:szCs w:val="24"/>
          <w:bCs/>
        </w:rPr>
        <w:t>3. איזו מילה מציינת פעולה שקורית לפני פעולה אחרת?</w:t>
      </w:r>
    </w:p>
    <w:p>
      <w:pPr>
        <w:bidi/>
        <w:spacing w:after="20"/>
        <w:jc w:val="right"/>
      </w:pPr>
      <w:r>
        <w:rPr>
          <w:rFonts w:ascii="Arial" w:hAnsi="Arial" w:cs="Arial" w:eastAsia="Arial"/>
          <w:lang w:val="he-IL" w:bidi="he-IL"/>
          <w:sz w:val="24"/>
          <w:rtl/>
          <w:szCs w:val="24"/>
        </w:rPr>
        <w:t xml:space="preserve">      ☐ א. אחר כך</w:t>
      </w:r>
    </w:p>
    <w:p>
      <w:pPr>
        <w:bidi/>
        <w:spacing w:after="20"/>
        <w:jc w:val="right"/>
      </w:pPr>
      <w:r>
        <w:rPr>
          <w:rFonts w:ascii="Arial" w:hAnsi="Arial" w:cs="Arial" w:eastAsia="Arial"/>
          <w:lang w:val="he-IL" w:bidi="he-IL"/>
          <w:sz w:val="24"/>
          <w:rtl/>
          <w:szCs w:val="24"/>
        </w:rPr>
        <w:t xml:space="preserve">      ☐ ב. קודם</w:t>
      </w:r>
    </w:p>
    <w:p>
      <w:pPr>
        <w:bidi/>
        <w:spacing w:after="20"/>
        <w:jc w:val="right"/>
      </w:pPr>
      <w:r>
        <w:rPr>
          <w:rFonts w:ascii="Arial" w:hAnsi="Arial" w:cs="Arial" w:eastAsia="Arial"/>
          <w:lang w:val="he-IL" w:bidi="he-IL"/>
          <w:sz w:val="24"/>
          <w:rtl/>
          <w:szCs w:val="24"/>
        </w:rPr>
        <w:t xml:space="preserve">      ☐ ג. מחר</w:t>
      </w:r>
    </w:p>
    <w:p>
      <w:pPr>
        <w:bidi/>
        <w:spacing w:after="20"/>
        <w:jc w:val="right"/>
      </w:pPr>
      <w:r>
        <w:rPr>
          <w:rFonts w:ascii="Arial" w:hAnsi="Arial" w:cs="Arial" w:eastAsia="Arial"/>
          <w:lang w:val="he-IL" w:bidi="he-IL"/>
          <w:sz w:val="24"/>
          <w:rtl/>
          <w:szCs w:val="24"/>
        </w:rPr>
        <w:t xml:space="preserve">      ☐ ד. אתמול</w:t>
      </w:r>
    </w:p>
    <w:p>
      <w:pPr>
        <w:bidi/>
        <w:spacing w:after="20"/>
        <w:jc w:val="right"/>
      </w:pPr>
      <w:r>
        <w:rPr>
          <w:rFonts w:ascii="Arial" w:hAnsi="Arial" w:cs="Arial" w:eastAsia="Arial"/>
          <w:lang w:val="he-IL" w:bidi="he-IL"/>
          <w:b/>
          <w:sz w:val="24"/>
          <w:rtl/>
          <w:szCs w:val="24"/>
          <w:bCs/>
        </w:rPr>
        <w:t>4. מהי צורת הנקבה הנכונה של 'נהג'?</w:t>
      </w:r>
    </w:p>
    <w:p>
      <w:pPr>
        <w:bidi/>
        <w:spacing w:after="20"/>
        <w:jc w:val="right"/>
      </w:pPr>
      <w:r>
        <w:rPr>
          <w:rFonts w:ascii="Arial" w:hAnsi="Arial" w:cs="Arial" w:eastAsia="Arial"/>
          <w:lang w:val="he-IL" w:bidi="he-IL"/>
          <w:sz w:val="24"/>
          <w:rtl/>
          <w:szCs w:val="24"/>
        </w:rPr>
        <w:t xml:space="preserve">      ☐ א. נהגת</w:t>
      </w:r>
    </w:p>
    <w:p>
      <w:pPr>
        <w:bidi/>
        <w:spacing w:after="20"/>
        <w:jc w:val="right"/>
      </w:pPr>
      <w:r>
        <w:rPr>
          <w:rFonts w:ascii="Arial" w:hAnsi="Arial" w:cs="Arial" w:eastAsia="Arial"/>
          <w:lang w:val="he-IL" w:bidi="he-IL"/>
          <w:sz w:val="24"/>
          <w:rtl/>
          <w:szCs w:val="24"/>
        </w:rPr>
        <w:t xml:space="preserve">      ☐ ב. נהגית</w:t>
      </w:r>
    </w:p>
    <w:p>
      <w:pPr>
        <w:bidi/>
        <w:spacing w:after="20"/>
        <w:jc w:val="right"/>
      </w:pPr>
      <w:r>
        <w:rPr>
          <w:rFonts w:ascii="Arial" w:hAnsi="Arial" w:cs="Arial" w:eastAsia="Arial"/>
          <w:lang w:val="he-IL" w:bidi="he-IL"/>
          <w:sz w:val="24"/>
          <w:rtl/>
          <w:szCs w:val="24"/>
        </w:rPr>
        <w:t xml:space="preserve">      ☐ ג. נהגה</w:t>
      </w:r>
    </w:p>
    <w:p>
      <w:pPr>
        <w:bidi/>
        <w:spacing w:after="20"/>
        <w:jc w:val="right"/>
      </w:pPr>
      <w:r>
        <w:rPr>
          <w:rFonts w:ascii="Arial" w:hAnsi="Arial" w:cs="Arial" w:eastAsia="Arial"/>
          <w:lang w:val="he-IL" w:bidi="he-IL"/>
          <w:sz w:val="24"/>
          <w:rtl/>
          <w:szCs w:val="24"/>
        </w:rPr>
        <w:t xml:space="preserve">      ☐ ד. נהג</w:t>
      </w:r>
    </w:p>
    <w:p>
      <w:pPr>
        <w:bidi/>
        <w:spacing w:after="20"/>
        <w:jc w:val="right"/>
      </w:pPr>
      <w:r>
        <w:rPr>
          <w:rFonts w:ascii="Arial" w:hAnsi="Arial" w:cs="Arial" w:eastAsia="Arial"/>
          <w:lang w:val="he-IL" w:bidi="he-IL"/>
          <w:b/>
          <w:sz w:val="24"/>
          <w:rtl/>
          <w:szCs w:val="24"/>
          <w:bCs/>
        </w:rPr>
        <w:t>5. 'שישי' הוא ציון היום השישי בשבוע. איזה סוג מספר הוא?</w:t>
      </w:r>
    </w:p>
    <w:p>
      <w:pPr>
        <w:bidi/>
        <w:spacing w:after="20"/>
        <w:jc w:val="right"/>
      </w:pPr>
      <w:r>
        <w:rPr>
          <w:rFonts w:ascii="Arial" w:hAnsi="Arial" w:cs="Arial" w:eastAsia="Arial"/>
          <w:lang w:val="he-IL" w:bidi="he-IL"/>
          <w:sz w:val="24"/>
          <w:rtl/>
          <w:szCs w:val="24"/>
        </w:rPr>
        <w:t xml:space="preserve">      ☐ א. מספר יסודי</w:t>
      </w:r>
    </w:p>
    <w:p>
      <w:pPr>
        <w:bidi/>
        <w:spacing w:after="20"/>
        <w:jc w:val="right"/>
      </w:pPr>
      <w:r>
        <w:rPr>
          <w:rFonts w:ascii="Arial" w:hAnsi="Arial" w:cs="Arial" w:eastAsia="Arial"/>
          <w:lang w:val="he-IL" w:bidi="he-IL"/>
          <w:sz w:val="24"/>
          <w:rtl/>
          <w:szCs w:val="24"/>
        </w:rPr>
        <w:t xml:space="preserve">      ☐ ב. מספר סודר</w:t>
      </w:r>
    </w:p>
    <w:p>
      <w:pPr>
        <w:bidi/>
        <w:spacing w:after="20"/>
        <w:jc w:val="right"/>
      </w:pPr>
      <w:r>
        <w:rPr>
          <w:rFonts w:ascii="Arial" w:hAnsi="Arial" w:cs="Arial" w:eastAsia="Arial"/>
          <w:lang w:val="he-IL" w:bidi="he-IL"/>
          <w:sz w:val="24"/>
          <w:rtl/>
          <w:szCs w:val="24"/>
        </w:rPr>
        <w:t xml:space="preserve">      ☐ ג. מספר שלם</w:t>
      </w:r>
    </w:p>
    <w:p>
      <w:pPr>
        <w:bidi/>
        <w:spacing w:after="20"/>
        <w:jc w:val="right"/>
      </w:pPr>
      <w:r>
        <w:rPr>
          <w:rFonts w:ascii="Arial" w:hAnsi="Arial" w:cs="Arial" w:eastAsia="Arial"/>
          <w:lang w:val="he-IL" w:bidi="he-IL"/>
          <w:sz w:val="24"/>
          <w:rtl/>
          <w:szCs w:val="24"/>
        </w:rPr>
        <w:t xml:space="preserve">      ☐ ד. מספר עשרוני</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יום־יום, לימודים, עבודה וזמן – תרגול והשלמה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אני __________ בשעה שבע בבוקר, ואז יוצא ללימודים.</w:t>
      </w:r>
    </w:p>
    <w:p>
      <w:pPr>
        <w:bidi/>
        <w:spacing w:after="80"/>
        <w:jc w:val="right"/>
      </w:pPr>
      <w:r>
        <w:rPr>
          <w:rFonts w:ascii="Arial" w:hAnsi="Arial" w:cs="Arial" w:eastAsia="Arial"/>
          <w:lang w:val="he-IL" w:bidi="he-IL"/>
          <w:sz w:val="24"/>
          <w:rtl/>
          <w:szCs w:val="24"/>
        </w:rPr>
        <w:t>2. היא __________ בבוקר לפני שהיא יוצאת לעבודה.</w:t>
      </w:r>
    </w:p>
    <w:p>
      <w:pPr>
        <w:bidi/>
        <w:spacing w:after="80"/>
        <w:jc w:val="right"/>
      </w:pPr>
      <w:r>
        <w:rPr>
          <w:rFonts w:ascii="Arial" w:hAnsi="Arial" w:cs="Arial" w:eastAsia="Arial"/>
          <w:lang w:val="he-IL" w:bidi="he-IL"/>
          <w:sz w:val="24"/>
          <w:rtl/>
          <w:szCs w:val="24"/>
        </w:rPr>
        <w:t>3. אחרי יום חמישי בא יום __________ , ולמחרת שבת.</w:t>
      </w:r>
    </w:p>
    <w:p>
      <w:pPr>
        <w:bidi/>
        <w:spacing w:after="80"/>
        <w:jc w:val="right"/>
      </w:pPr>
      <w:r>
        <w:rPr>
          <w:rFonts w:ascii="Arial" w:hAnsi="Arial" w:cs="Arial" w:eastAsia="Arial"/>
          <w:lang w:val="he-IL" w:bidi="he-IL"/>
          <w:sz w:val="24"/>
          <w:rtl/>
          <w:szCs w:val="24"/>
        </w:rPr>
        <w:t>4. קודם אני אוכל ארוחת בוקר, __________ אני הולך ללימודים.</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יום־יום, לימודים, עבודה וזמן – יישום וכתיבה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כתבו משפט אחד המתאר את הבוקר שלכם, ושלבו בו פועל בבניין התפעל (למשל: מתקלח, מתלבש).</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הסבירו בשתי שורות את ההבדל בין מספר יסודי למספר סודר, והביאו דוגמה אחת מהיחידות (למשל שלוש/שלישי).</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שלושה משפטים קצרים על יום לימודים או עבודה טיפוסי, והשתמשו במילים 'קודם' ו'אחר כך'.</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מצאו משיר מהיחידות שנלמדו פועל אחד בבניין פעל/קל ופועל אחד בבניין התפעל, וכתבו אותם.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4 · אוכל, שוק ובריאות – היכרות עם אוצר המילים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באיזה שיר עוסקת היחידה על בריאות וגוף?</w:t>
      </w:r>
    </w:p>
    <w:p>
      <w:pPr>
        <w:bidi/>
        <w:spacing w:after="20"/>
        <w:jc w:val="right"/>
      </w:pPr>
      <w:r>
        <w:rPr>
          <w:rFonts w:ascii="Arial" w:hAnsi="Arial" w:cs="Arial" w:eastAsia="Arial"/>
          <w:lang w:val="he-IL" w:bidi="he-IL"/>
          <w:sz w:val="24"/>
          <w:rtl/>
          <w:szCs w:val="24"/>
        </w:rPr>
        <w:t xml:space="preserve">      ☐ א. היא חולה / דני סנדרסון</w:t>
      </w:r>
    </w:p>
    <w:p>
      <w:pPr>
        <w:bidi/>
        <w:spacing w:after="20"/>
        <w:jc w:val="right"/>
      </w:pPr>
      <w:r>
        <w:rPr>
          <w:rFonts w:ascii="Arial" w:hAnsi="Arial" w:cs="Arial" w:eastAsia="Arial"/>
          <w:lang w:val="he-IL" w:bidi="he-IL"/>
          <w:sz w:val="24"/>
          <w:rtl/>
          <w:szCs w:val="24"/>
        </w:rPr>
        <w:t xml:space="preserve">      ☐ ב. אצלנו בחצר / נעמי שמר</w:t>
      </w:r>
    </w:p>
    <w:p>
      <w:pPr>
        <w:bidi/>
        <w:spacing w:after="20"/>
        <w:jc w:val="right"/>
      </w:pPr>
      <w:r>
        <w:rPr>
          <w:rFonts w:ascii="Arial" w:hAnsi="Arial" w:cs="Arial" w:eastAsia="Arial"/>
          <w:lang w:val="he-IL" w:bidi="he-IL"/>
          <w:sz w:val="24"/>
          <w:rtl/>
          <w:szCs w:val="24"/>
        </w:rPr>
        <w:t xml:space="preserve">      ☐ ג. יום שישי / בנזין</w:t>
      </w:r>
    </w:p>
    <w:p>
      <w:pPr>
        <w:bidi/>
        <w:spacing w:after="20"/>
        <w:jc w:val="right"/>
      </w:pPr>
      <w:r>
        <w:rPr>
          <w:rFonts w:ascii="Arial" w:hAnsi="Arial" w:cs="Arial" w:eastAsia="Arial"/>
          <w:lang w:val="he-IL" w:bidi="he-IL"/>
          <w:sz w:val="24"/>
          <w:rtl/>
          <w:szCs w:val="24"/>
        </w:rPr>
        <w:t xml:space="preserve">      ☐ ד. הכי ישראלי / התקווה 6</w:t>
      </w:r>
    </w:p>
    <w:p>
      <w:pPr>
        <w:bidi/>
        <w:spacing w:after="20"/>
        <w:jc w:val="right"/>
      </w:pPr>
      <w:r>
        <w:rPr>
          <w:rFonts w:ascii="Arial" w:hAnsi="Arial" w:cs="Arial" w:eastAsia="Arial"/>
          <w:lang w:val="he-IL" w:bidi="he-IL"/>
          <w:b/>
          <w:sz w:val="24"/>
          <w:rtl/>
          <w:szCs w:val="24"/>
          <w:bCs/>
        </w:rPr>
        <w:t>2. איזו מילה מתארת מישהו שלא מרגיש טוב?</w:t>
      </w:r>
    </w:p>
    <w:p>
      <w:pPr>
        <w:bidi/>
        <w:spacing w:after="20"/>
        <w:jc w:val="right"/>
      </w:pPr>
      <w:r>
        <w:rPr>
          <w:rFonts w:ascii="Arial" w:hAnsi="Arial" w:cs="Arial" w:eastAsia="Arial"/>
          <w:lang w:val="he-IL" w:bidi="he-IL"/>
          <w:sz w:val="24"/>
          <w:rtl/>
          <w:szCs w:val="24"/>
        </w:rPr>
        <w:t xml:space="preserve">      ☐ א. בריא</w:t>
      </w:r>
    </w:p>
    <w:p>
      <w:pPr>
        <w:bidi/>
        <w:spacing w:after="20"/>
        <w:jc w:val="right"/>
      </w:pPr>
      <w:r>
        <w:rPr>
          <w:rFonts w:ascii="Arial" w:hAnsi="Arial" w:cs="Arial" w:eastAsia="Arial"/>
          <w:lang w:val="he-IL" w:bidi="he-IL"/>
          <w:sz w:val="24"/>
          <w:rtl/>
          <w:szCs w:val="24"/>
        </w:rPr>
        <w:t xml:space="preserve">      ☐ ב. חולה</w:t>
      </w:r>
    </w:p>
    <w:p>
      <w:pPr>
        <w:bidi/>
        <w:spacing w:after="20"/>
        <w:jc w:val="right"/>
      </w:pPr>
      <w:r>
        <w:rPr>
          <w:rFonts w:ascii="Arial" w:hAnsi="Arial" w:cs="Arial" w:eastAsia="Arial"/>
          <w:lang w:val="he-IL" w:bidi="he-IL"/>
          <w:sz w:val="24"/>
          <w:rtl/>
          <w:szCs w:val="24"/>
        </w:rPr>
        <w:t xml:space="preserve">      ☐ ג. רופא</w:t>
      </w:r>
    </w:p>
    <w:p>
      <w:pPr>
        <w:bidi/>
        <w:spacing w:after="20"/>
        <w:jc w:val="right"/>
      </w:pPr>
      <w:r>
        <w:rPr>
          <w:rFonts w:ascii="Arial" w:hAnsi="Arial" w:cs="Arial" w:eastAsia="Arial"/>
          <w:lang w:val="he-IL" w:bidi="he-IL"/>
          <w:sz w:val="24"/>
          <w:rtl/>
          <w:szCs w:val="24"/>
        </w:rPr>
        <w:t xml:space="preserve">      ☐ ד. תרופה</w:t>
      </w:r>
    </w:p>
    <w:p>
      <w:pPr>
        <w:bidi/>
        <w:spacing w:after="20"/>
        <w:jc w:val="right"/>
      </w:pPr>
      <w:r>
        <w:rPr>
          <w:rFonts w:ascii="Arial" w:hAnsi="Arial" w:cs="Arial" w:eastAsia="Arial"/>
          <w:lang w:val="he-IL" w:bidi="he-IL"/>
          <w:b/>
          <w:sz w:val="24"/>
          <w:rtl/>
          <w:szCs w:val="24"/>
          <w:bCs/>
        </w:rPr>
        <w:t>3. מי נותן תרופה כשכואב לנו?</w:t>
      </w:r>
    </w:p>
    <w:p>
      <w:pPr>
        <w:bidi/>
        <w:spacing w:after="20"/>
        <w:jc w:val="right"/>
      </w:pPr>
      <w:r>
        <w:rPr>
          <w:rFonts w:ascii="Arial" w:hAnsi="Arial" w:cs="Arial" w:eastAsia="Arial"/>
          <w:lang w:val="he-IL" w:bidi="he-IL"/>
          <w:sz w:val="24"/>
          <w:rtl/>
          <w:szCs w:val="24"/>
        </w:rPr>
        <w:t xml:space="preserve">      ☐ א. מורה</w:t>
      </w:r>
    </w:p>
    <w:p>
      <w:pPr>
        <w:bidi/>
        <w:spacing w:after="20"/>
        <w:jc w:val="right"/>
      </w:pPr>
      <w:r>
        <w:rPr>
          <w:rFonts w:ascii="Arial" w:hAnsi="Arial" w:cs="Arial" w:eastAsia="Arial"/>
          <w:lang w:val="he-IL" w:bidi="he-IL"/>
          <w:sz w:val="24"/>
          <w:rtl/>
          <w:szCs w:val="24"/>
        </w:rPr>
        <w:t xml:space="preserve">      ☐ ב. רופא / רופאה</w:t>
      </w:r>
    </w:p>
    <w:p>
      <w:pPr>
        <w:bidi/>
        <w:spacing w:after="20"/>
        <w:jc w:val="right"/>
      </w:pPr>
      <w:r>
        <w:rPr>
          <w:rFonts w:ascii="Arial" w:hAnsi="Arial" w:cs="Arial" w:eastAsia="Arial"/>
          <w:lang w:val="he-IL" w:bidi="he-IL"/>
          <w:sz w:val="24"/>
          <w:rtl/>
          <w:szCs w:val="24"/>
        </w:rPr>
        <w:t xml:space="preserve">      ☐ ג. נהג / נהגת</w:t>
      </w:r>
    </w:p>
    <w:p>
      <w:pPr>
        <w:bidi/>
        <w:spacing w:after="20"/>
        <w:jc w:val="right"/>
      </w:pPr>
      <w:r>
        <w:rPr>
          <w:rFonts w:ascii="Arial" w:hAnsi="Arial" w:cs="Arial" w:eastAsia="Arial"/>
          <w:lang w:val="he-IL" w:bidi="he-IL"/>
          <w:sz w:val="24"/>
          <w:rtl/>
          <w:szCs w:val="24"/>
        </w:rPr>
        <w:t xml:space="preserve">      ☐ ד. טבח / טבחית</w:t>
      </w:r>
    </w:p>
    <w:p>
      <w:pPr>
        <w:bidi/>
        <w:spacing w:after="20"/>
        <w:jc w:val="right"/>
      </w:pPr>
      <w:r>
        <w:rPr>
          <w:rFonts w:ascii="Arial" w:hAnsi="Arial" w:cs="Arial" w:eastAsia="Arial"/>
          <w:lang w:val="he-IL" w:bidi="he-IL"/>
          <w:b/>
          <w:sz w:val="24"/>
          <w:rtl/>
          <w:szCs w:val="24"/>
          <w:bCs/>
        </w:rPr>
        <w:t>4. איזו שאלה שואלים כדי לדעת איך מישהו מרגיש?</w:t>
      </w:r>
    </w:p>
    <w:p>
      <w:pPr>
        <w:bidi/>
        <w:spacing w:after="20"/>
        <w:jc w:val="right"/>
      </w:pPr>
      <w:r>
        <w:rPr>
          <w:rFonts w:ascii="Arial" w:hAnsi="Arial" w:cs="Arial" w:eastAsia="Arial"/>
          <w:lang w:val="he-IL" w:bidi="he-IL"/>
          <w:sz w:val="24"/>
          <w:rtl/>
          <w:szCs w:val="24"/>
        </w:rPr>
        <w:t xml:space="preserve">      ☐ א. מה השעה?</w:t>
      </w:r>
    </w:p>
    <w:p>
      <w:pPr>
        <w:bidi/>
        <w:spacing w:after="20"/>
        <w:jc w:val="right"/>
      </w:pPr>
      <w:r>
        <w:rPr>
          <w:rFonts w:ascii="Arial" w:hAnsi="Arial" w:cs="Arial" w:eastAsia="Arial"/>
          <w:lang w:val="he-IL" w:bidi="he-IL"/>
          <w:sz w:val="24"/>
          <w:rtl/>
          <w:szCs w:val="24"/>
        </w:rPr>
        <w:t xml:space="preserve">      ☐ ב. איך את/ה מרגיש/ה?</w:t>
      </w:r>
    </w:p>
    <w:p>
      <w:pPr>
        <w:bidi/>
        <w:spacing w:after="20"/>
        <w:jc w:val="right"/>
      </w:pPr>
      <w:r>
        <w:rPr>
          <w:rFonts w:ascii="Arial" w:hAnsi="Arial" w:cs="Arial" w:eastAsia="Arial"/>
          <w:lang w:val="he-IL" w:bidi="he-IL"/>
          <w:sz w:val="24"/>
          <w:rtl/>
          <w:szCs w:val="24"/>
        </w:rPr>
        <w:t xml:space="preserve">      ☐ ג. מאיפה את/ה?</w:t>
      </w:r>
    </w:p>
    <w:p>
      <w:pPr>
        <w:bidi/>
        <w:spacing w:after="20"/>
        <w:jc w:val="right"/>
      </w:pPr>
      <w:r>
        <w:rPr>
          <w:rFonts w:ascii="Arial" w:hAnsi="Arial" w:cs="Arial" w:eastAsia="Arial"/>
          <w:lang w:val="he-IL" w:bidi="he-IL"/>
          <w:sz w:val="24"/>
          <w:rtl/>
          <w:szCs w:val="24"/>
        </w:rPr>
        <w:t xml:space="preserve">      ☐ ד. מה שלומך בעבודה?</w:t>
      </w:r>
    </w:p>
    <w:p>
      <w:pPr>
        <w:bidi/>
        <w:spacing w:after="20"/>
        <w:jc w:val="right"/>
      </w:pPr>
      <w:r>
        <w:rPr>
          <w:rFonts w:ascii="Arial" w:hAnsi="Arial" w:cs="Arial" w:eastAsia="Arial"/>
          <w:lang w:val="he-IL" w:bidi="he-IL"/>
          <w:b/>
          <w:sz w:val="24"/>
          <w:rtl/>
          <w:szCs w:val="24"/>
          <w:bCs/>
        </w:rPr>
        <w:t>5. מהי צורת הזוגי המתאימה למילה 'רגל' ברבים?</w:t>
      </w:r>
    </w:p>
    <w:p>
      <w:pPr>
        <w:bidi/>
        <w:spacing w:after="20"/>
        <w:jc w:val="right"/>
      </w:pPr>
      <w:r>
        <w:rPr>
          <w:rFonts w:ascii="Arial" w:hAnsi="Arial" w:cs="Arial" w:eastAsia="Arial"/>
          <w:lang w:val="he-IL" w:bidi="he-IL"/>
          <w:sz w:val="24"/>
          <w:rtl/>
          <w:szCs w:val="24"/>
        </w:rPr>
        <w:t xml:space="preserve">      ☐ א. רגלות</w:t>
      </w:r>
    </w:p>
    <w:p>
      <w:pPr>
        <w:bidi/>
        <w:spacing w:after="20"/>
        <w:jc w:val="right"/>
      </w:pPr>
      <w:r>
        <w:rPr>
          <w:rFonts w:ascii="Arial" w:hAnsi="Arial" w:cs="Arial" w:eastAsia="Arial"/>
          <w:lang w:val="he-IL" w:bidi="he-IL"/>
          <w:sz w:val="24"/>
          <w:rtl/>
          <w:szCs w:val="24"/>
        </w:rPr>
        <w:t xml:space="preserve">      ☐ ב. רגליים</w:t>
      </w:r>
    </w:p>
    <w:p>
      <w:pPr>
        <w:bidi/>
        <w:spacing w:after="20"/>
        <w:jc w:val="right"/>
      </w:pPr>
      <w:r>
        <w:rPr>
          <w:rFonts w:ascii="Arial" w:hAnsi="Arial" w:cs="Arial" w:eastAsia="Arial"/>
          <w:lang w:val="he-IL" w:bidi="he-IL"/>
          <w:sz w:val="24"/>
          <w:rtl/>
          <w:szCs w:val="24"/>
        </w:rPr>
        <w:t xml:space="preserve">      ☐ ג. רגלים</w:t>
      </w:r>
    </w:p>
    <w:p>
      <w:pPr>
        <w:bidi/>
        <w:spacing w:after="20"/>
        <w:jc w:val="right"/>
      </w:pPr>
      <w:r>
        <w:rPr>
          <w:rFonts w:ascii="Arial" w:hAnsi="Arial" w:cs="Arial" w:eastAsia="Arial"/>
          <w:lang w:val="he-IL" w:bidi="he-IL"/>
          <w:sz w:val="24"/>
          <w:rtl/>
          <w:szCs w:val="24"/>
        </w:rPr>
        <w:t xml:space="preserve">      ☐ ד. רגלית</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אוכל, שוק ובריאות – תרגול והתאמה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כואב לי ה__________ אחרי שקראתי הרבה.</w:t>
      </w:r>
    </w:p>
    <w:p>
      <w:pPr>
        <w:bidi/>
        <w:spacing w:after="80"/>
        <w:jc w:val="right"/>
      </w:pPr>
      <w:r>
        <w:rPr>
          <w:rFonts w:ascii="Arial" w:hAnsi="Arial" w:cs="Arial" w:eastAsia="Arial"/>
          <w:lang w:val="he-IL" w:bidi="he-IL"/>
          <w:sz w:val="24"/>
          <w:rtl/>
          <w:szCs w:val="24"/>
        </w:rPr>
        <w:t>2. יש לי שתי __________ ושתי ידיים.</w:t>
      </w:r>
    </w:p>
    <w:p>
      <w:pPr>
        <w:bidi/>
        <w:spacing w:after="80"/>
        <w:jc w:val="right"/>
      </w:pPr>
      <w:r>
        <w:rPr>
          <w:rFonts w:ascii="Arial" w:hAnsi="Arial" w:cs="Arial" w:eastAsia="Arial"/>
          <w:lang w:val="he-IL" w:bidi="he-IL"/>
          <w:sz w:val="24"/>
          <w:rtl/>
          <w:szCs w:val="24"/>
        </w:rPr>
        <w:t>3. היא __________ היום, לכן היא נשארת בבית.</w:t>
      </w:r>
    </w:p>
    <w:p>
      <w:pPr>
        <w:bidi/>
        <w:spacing w:after="80"/>
        <w:jc w:val="right"/>
      </w:pPr>
      <w:r>
        <w:rPr>
          <w:rFonts w:ascii="Arial" w:hAnsi="Arial" w:cs="Arial" w:eastAsia="Arial"/>
          <w:lang w:val="he-IL" w:bidi="he-IL"/>
          <w:sz w:val="24"/>
          <w:rtl/>
          <w:szCs w:val="24"/>
        </w:rPr>
        <w:t>4. הרופאה נתנה לי __________ נגד הכאב.</w:t>
      </w:r>
    </w:p>
    <w:p>
      <w:pPr>
        <w:bidi/>
        <w:spacing w:after="80"/>
        <w:jc w:val="right"/>
      </w:pPr>
      <w:r>
        <w:rPr>
          <w:rFonts w:ascii="Arial" w:hAnsi="Arial" w:cs="Arial" w:eastAsia="Arial"/>
          <w:lang w:val="he-IL" w:bidi="he-IL"/>
          <w:sz w:val="24"/>
          <w:rtl/>
          <w:szCs w:val="24"/>
        </w:rPr>
        <w:t>5. כואבות לי ה__________ אחרי הריצה הארוכה.</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אוכל, שוק ובריאות – צורת הזוגי: יחיד או זוג</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עיניים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יחיד</w:t>
            </w:r>
          </w:p>
        </w:tc>
      </w:tr>
      <w:tr>
        <w:tc>
          <w:tcPr>
            <w:tcW w:type="dxa" w:w="3969"/>
          </w:tcPr>
          <w:p>
            <w:pPr>
              <w:bidi/>
              <w:jc w:val="right"/>
            </w:pPr>
            <w:r>
              <w:rPr>
                <w:rFonts w:ascii="Arial" w:hAnsi="Arial" w:cs="Arial" w:eastAsia="Arial"/>
                <w:lang w:val="he-IL" w:bidi="he-IL"/>
                <w:sz w:val="24"/>
                <w:rtl/>
                <w:szCs w:val="24"/>
              </w:rPr>
              <w:t>2. ראש</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זוג</w:t>
            </w:r>
          </w:p>
        </w:tc>
      </w:tr>
      <w:tr>
        <w:tc>
          <w:tcPr>
            <w:tcW w:type="dxa" w:w="3969"/>
          </w:tcPr>
          <w:p>
            <w:pPr>
              <w:bidi/>
              <w:jc w:val="right"/>
            </w:pPr>
            <w:r>
              <w:rPr>
                <w:rFonts w:ascii="Arial" w:hAnsi="Arial" w:cs="Arial" w:eastAsia="Arial"/>
                <w:lang w:val="he-IL" w:bidi="he-IL"/>
                <w:sz w:val="24"/>
                <w:rtl/>
                <w:szCs w:val="24"/>
              </w:rPr>
              <w:t>3. ידיים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זוג</w:t>
            </w:r>
          </w:p>
        </w:tc>
      </w:tr>
      <w:tr>
        <w:tc>
          <w:tcPr>
            <w:tcW w:type="dxa" w:w="3969"/>
          </w:tcPr>
          <w:p>
            <w:pPr>
              <w:bidi/>
              <w:jc w:val="right"/>
            </w:pPr>
            <w:r>
              <w:rPr>
                <w:rFonts w:ascii="Arial" w:hAnsi="Arial" w:cs="Arial" w:eastAsia="Arial"/>
                <w:lang w:val="he-IL" w:bidi="he-IL"/>
                <w:sz w:val="24"/>
                <w:rtl/>
                <w:szCs w:val="24"/>
              </w:rPr>
              <w:t>4. בטן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יחיד</w:t>
            </w:r>
          </w:p>
        </w:tc>
      </w:tr>
      <w:tr>
        <w:tc>
          <w:tcPr>
            <w:tcW w:type="dxa" w:w="3969"/>
          </w:tcPr>
          <w:p>
            <w:pPr>
              <w:bidi/>
              <w:jc w:val="right"/>
            </w:pPr>
            <w:r>
              <w:rPr>
                <w:rFonts w:ascii="Arial" w:hAnsi="Arial" w:cs="Arial" w:eastAsia="Arial"/>
                <w:lang w:val="he-IL" w:bidi="he-IL"/>
                <w:sz w:val="24"/>
                <w:rtl/>
                <w:szCs w:val="24"/>
              </w:rPr>
              <w:t>5. אוזניים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יחיד</w:t>
            </w:r>
          </w:p>
        </w:tc>
      </w:tr>
      <w:tr>
        <w:tc>
          <w:tcPr>
            <w:tcW w:type="dxa" w:w="3969"/>
          </w:tcPr>
          <w:p>
            <w:pPr>
              <w:bidi/>
              <w:jc w:val="right"/>
            </w:pPr>
            <w:r>
              <w:rPr>
                <w:rFonts w:ascii="Arial" w:hAnsi="Arial" w:cs="Arial" w:eastAsia="Arial"/>
                <w:lang w:val="he-IL" w:bidi="he-IL"/>
                <w:sz w:val="24"/>
                <w:rtl/>
                <w:szCs w:val="24"/>
              </w:rPr>
              <w:t>6. רגל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זוג</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5 · ביחד וישראליות – היכרות עם מילים ומושגים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מהי המשמעות של הביטוי "תכלס" מהשיר "הכי ישראלי"?</w:t>
      </w:r>
    </w:p>
    <w:p>
      <w:pPr>
        <w:bidi/>
        <w:spacing w:after="20"/>
        <w:jc w:val="right"/>
      </w:pPr>
      <w:r>
        <w:rPr>
          <w:rFonts w:ascii="Arial" w:hAnsi="Arial" w:cs="Arial" w:eastAsia="Arial"/>
          <w:lang w:val="he-IL" w:bidi="he-IL"/>
          <w:sz w:val="24"/>
          <w:rtl/>
          <w:szCs w:val="24"/>
        </w:rPr>
        <w:t xml:space="preserve">      ☐ א. בעצם, בקיצור</w:t>
      </w:r>
    </w:p>
    <w:p>
      <w:pPr>
        <w:bidi/>
        <w:spacing w:after="20"/>
        <w:jc w:val="right"/>
      </w:pPr>
      <w:r>
        <w:rPr>
          <w:rFonts w:ascii="Arial" w:hAnsi="Arial" w:cs="Arial" w:eastAsia="Arial"/>
          <w:lang w:val="he-IL" w:bidi="he-IL"/>
          <w:sz w:val="24"/>
          <w:rtl/>
          <w:szCs w:val="24"/>
        </w:rPr>
        <w:t xml:space="preserve">      ☐ ב. שלום</w:t>
      </w:r>
    </w:p>
    <w:p>
      <w:pPr>
        <w:bidi/>
        <w:spacing w:after="20"/>
        <w:jc w:val="right"/>
      </w:pPr>
      <w:r>
        <w:rPr>
          <w:rFonts w:ascii="Arial" w:hAnsi="Arial" w:cs="Arial" w:eastAsia="Arial"/>
          <w:lang w:val="he-IL" w:bidi="he-IL"/>
          <w:sz w:val="24"/>
          <w:rtl/>
          <w:szCs w:val="24"/>
        </w:rPr>
        <w:t xml:space="preserve">      ☐ ג. אוכל ישראלי</w:t>
      </w:r>
    </w:p>
    <w:p>
      <w:pPr>
        <w:bidi/>
        <w:spacing w:after="20"/>
        <w:jc w:val="right"/>
      </w:pPr>
      <w:r>
        <w:rPr>
          <w:rFonts w:ascii="Arial" w:hAnsi="Arial" w:cs="Arial" w:eastAsia="Arial"/>
          <w:lang w:val="he-IL" w:bidi="he-IL"/>
          <w:sz w:val="24"/>
          <w:rtl/>
          <w:szCs w:val="24"/>
        </w:rPr>
        <w:t xml:space="preserve">      ☐ ד. מחר</w:t>
      </w:r>
    </w:p>
    <w:p>
      <w:pPr>
        <w:bidi/>
        <w:spacing w:after="20"/>
        <w:jc w:val="right"/>
      </w:pPr>
      <w:r>
        <w:rPr>
          <w:rFonts w:ascii="Arial" w:hAnsi="Arial" w:cs="Arial" w:eastAsia="Arial"/>
          <w:lang w:val="he-IL" w:bidi="he-IL"/>
          <w:b/>
          <w:sz w:val="24"/>
          <w:rtl/>
          <w:szCs w:val="24"/>
          <w:bCs/>
        </w:rPr>
        <w:t>2. מה פירוש המילה "סבבה" כביטוי סלנג ישראלי?</w:t>
      </w:r>
    </w:p>
    <w:p>
      <w:pPr>
        <w:bidi/>
        <w:spacing w:after="20"/>
        <w:jc w:val="right"/>
      </w:pPr>
      <w:r>
        <w:rPr>
          <w:rFonts w:ascii="Arial" w:hAnsi="Arial" w:cs="Arial" w:eastAsia="Arial"/>
          <w:lang w:val="he-IL" w:bidi="he-IL"/>
          <w:sz w:val="24"/>
          <w:rtl/>
          <w:szCs w:val="24"/>
        </w:rPr>
        <w:t xml:space="preserve">      ☐ א. רע מאוד</w:t>
      </w:r>
    </w:p>
    <w:p>
      <w:pPr>
        <w:bidi/>
        <w:spacing w:after="20"/>
        <w:jc w:val="right"/>
      </w:pPr>
      <w:r>
        <w:rPr>
          <w:rFonts w:ascii="Arial" w:hAnsi="Arial" w:cs="Arial" w:eastAsia="Arial"/>
          <w:lang w:val="he-IL" w:bidi="he-IL"/>
          <w:sz w:val="24"/>
          <w:rtl/>
          <w:szCs w:val="24"/>
        </w:rPr>
        <w:t xml:space="preserve">      ☐ ב. בסדר, טוב</w:t>
      </w:r>
    </w:p>
    <w:p>
      <w:pPr>
        <w:bidi/>
        <w:spacing w:after="20"/>
        <w:jc w:val="right"/>
      </w:pPr>
      <w:r>
        <w:rPr>
          <w:rFonts w:ascii="Arial" w:hAnsi="Arial" w:cs="Arial" w:eastAsia="Arial"/>
          <w:lang w:val="he-IL" w:bidi="he-IL"/>
          <w:sz w:val="24"/>
          <w:rtl/>
          <w:szCs w:val="24"/>
        </w:rPr>
        <w:t xml:space="preserve">      ☐ ג. עצוב</w:t>
      </w:r>
    </w:p>
    <w:p>
      <w:pPr>
        <w:bidi/>
        <w:spacing w:after="20"/>
        <w:jc w:val="right"/>
      </w:pPr>
      <w:r>
        <w:rPr>
          <w:rFonts w:ascii="Arial" w:hAnsi="Arial" w:cs="Arial" w:eastAsia="Arial"/>
          <w:lang w:val="he-IL" w:bidi="he-IL"/>
          <w:sz w:val="24"/>
          <w:rtl/>
          <w:szCs w:val="24"/>
        </w:rPr>
        <w:t xml:space="preserve">      ☐ ד. מהר מאוד</w:t>
      </w:r>
    </w:p>
    <w:p>
      <w:pPr>
        <w:bidi/>
        <w:spacing w:after="20"/>
        <w:jc w:val="right"/>
      </w:pPr>
      <w:r>
        <w:rPr>
          <w:rFonts w:ascii="Arial" w:hAnsi="Arial" w:cs="Arial" w:eastAsia="Arial"/>
          <w:lang w:val="he-IL" w:bidi="he-IL"/>
          <w:b/>
          <w:sz w:val="24"/>
          <w:rtl/>
          <w:szCs w:val="24"/>
          <w:bCs/>
        </w:rPr>
        <w:t>3. באיזה שיר מופיע הביטוי "הכי ישראלי" שלמדנו עליו?</w:t>
      </w:r>
    </w:p>
    <w:p>
      <w:pPr>
        <w:bidi/>
        <w:spacing w:after="20"/>
        <w:jc w:val="right"/>
      </w:pPr>
      <w:r>
        <w:rPr>
          <w:rFonts w:ascii="Arial" w:hAnsi="Arial" w:cs="Arial" w:eastAsia="Arial"/>
          <w:lang w:val="he-IL" w:bidi="he-IL"/>
          <w:sz w:val="24"/>
          <w:rtl/>
          <w:szCs w:val="24"/>
        </w:rPr>
        <w:t xml:space="preserve">      ☐ א. מתחת לשמיים</w:t>
      </w:r>
    </w:p>
    <w:p>
      <w:pPr>
        <w:bidi/>
        <w:spacing w:after="20"/>
        <w:jc w:val="right"/>
      </w:pPr>
      <w:r>
        <w:rPr>
          <w:rFonts w:ascii="Arial" w:hAnsi="Arial" w:cs="Arial" w:eastAsia="Arial"/>
          <w:lang w:val="he-IL" w:bidi="he-IL"/>
          <w:sz w:val="24"/>
          <w:rtl/>
          <w:szCs w:val="24"/>
        </w:rPr>
        <w:t xml:space="preserve">      ☐ ב. שיר לאהבה</w:t>
      </w:r>
    </w:p>
    <w:p>
      <w:pPr>
        <w:bidi/>
        <w:spacing w:after="20"/>
        <w:jc w:val="right"/>
      </w:pPr>
      <w:r>
        <w:rPr>
          <w:rFonts w:ascii="Arial" w:hAnsi="Arial" w:cs="Arial" w:eastAsia="Arial"/>
          <w:lang w:val="he-IL" w:bidi="he-IL"/>
          <w:sz w:val="24"/>
          <w:rtl/>
          <w:szCs w:val="24"/>
        </w:rPr>
        <w:t xml:space="preserve">      ☐ ג. הכי ישראלי / התקווה 6</w:t>
      </w:r>
    </w:p>
    <w:p>
      <w:pPr>
        <w:bidi/>
        <w:spacing w:after="20"/>
        <w:jc w:val="right"/>
      </w:pPr>
      <w:r>
        <w:rPr>
          <w:rFonts w:ascii="Arial" w:hAnsi="Arial" w:cs="Arial" w:eastAsia="Arial"/>
          <w:lang w:val="he-IL" w:bidi="he-IL"/>
          <w:sz w:val="24"/>
          <w:rtl/>
          <w:szCs w:val="24"/>
        </w:rPr>
        <w:t xml:space="preserve">      ☐ ד. יום שישי</w:t>
      </w:r>
    </w:p>
    <w:p>
      <w:pPr>
        <w:bidi/>
        <w:spacing w:after="20"/>
        <w:jc w:val="right"/>
      </w:pPr>
      <w:r>
        <w:rPr>
          <w:rFonts w:ascii="Arial" w:hAnsi="Arial" w:cs="Arial" w:eastAsia="Arial"/>
          <w:lang w:val="he-IL" w:bidi="he-IL"/>
          <w:b/>
          <w:sz w:val="24"/>
          <w:rtl/>
          <w:szCs w:val="24"/>
          <w:bCs/>
        </w:rPr>
        <w:t>4. לפי השיח ביחידה, מהי "שותפות" בין אנשים?</w:t>
      </w:r>
    </w:p>
    <w:p>
      <w:pPr>
        <w:bidi/>
        <w:spacing w:after="20"/>
        <w:jc w:val="right"/>
      </w:pPr>
      <w:r>
        <w:rPr>
          <w:rFonts w:ascii="Arial" w:hAnsi="Arial" w:cs="Arial" w:eastAsia="Arial"/>
          <w:lang w:val="he-IL" w:bidi="he-IL"/>
          <w:sz w:val="24"/>
          <w:rtl/>
          <w:szCs w:val="24"/>
        </w:rPr>
        <w:t xml:space="preserve">      ☐ א. לעשות דברים לבד</w:t>
      </w:r>
    </w:p>
    <w:p>
      <w:pPr>
        <w:bidi/>
        <w:spacing w:after="20"/>
        <w:jc w:val="right"/>
      </w:pPr>
      <w:r>
        <w:rPr>
          <w:rFonts w:ascii="Arial" w:hAnsi="Arial" w:cs="Arial" w:eastAsia="Arial"/>
          <w:lang w:val="he-IL" w:bidi="he-IL"/>
          <w:sz w:val="24"/>
          <w:rtl/>
          <w:szCs w:val="24"/>
        </w:rPr>
        <w:t xml:space="preserve">      ☐ ב. לעשות דברים יחד עם מישהו אחר</w:t>
      </w:r>
    </w:p>
    <w:p>
      <w:pPr>
        <w:bidi/>
        <w:spacing w:after="20"/>
        <w:jc w:val="right"/>
      </w:pPr>
      <w:r>
        <w:rPr>
          <w:rFonts w:ascii="Arial" w:hAnsi="Arial" w:cs="Arial" w:eastAsia="Arial"/>
          <w:lang w:val="he-IL" w:bidi="he-IL"/>
          <w:sz w:val="24"/>
          <w:rtl/>
          <w:szCs w:val="24"/>
        </w:rPr>
        <w:t xml:space="preserve">      ☐ ג. לריב ולהתווכח</w:t>
      </w:r>
    </w:p>
    <w:p>
      <w:pPr>
        <w:bidi/>
        <w:spacing w:after="20"/>
        <w:jc w:val="right"/>
      </w:pPr>
      <w:r>
        <w:rPr>
          <w:rFonts w:ascii="Arial" w:hAnsi="Arial" w:cs="Arial" w:eastAsia="Arial"/>
          <w:lang w:val="he-IL" w:bidi="he-IL"/>
          <w:sz w:val="24"/>
          <w:rtl/>
          <w:szCs w:val="24"/>
        </w:rPr>
        <w:t xml:space="preserve">      ☐ ד. לישון כל היום</w:t>
      </w:r>
    </w:p>
    <w:p>
      <w:pPr>
        <w:bidi/>
        <w:spacing w:after="20"/>
        <w:jc w:val="right"/>
      </w:pPr>
      <w:r>
        <w:rPr>
          <w:rFonts w:ascii="Arial" w:hAnsi="Arial" w:cs="Arial" w:eastAsia="Arial"/>
          <w:lang w:val="he-IL" w:bidi="he-IL"/>
          <w:b/>
          <w:sz w:val="24"/>
          <w:rtl/>
          <w:szCs w:val="24"/>
          <w:bCs/>
        </w:rPr>
        <w:t>5. מה מבטא הרעיון "ביחד" בשיר "מתחת לשמיים"?</w:t>
      </w:r>
    </w:p>
    <w:p>
      <w:pPr>
        <w:bidi/>
        <w:spacing w:after="20"/>
        <w:jc w:val="right"/>
      </w:pPr>
      <w:r>
        <w:rPr>
          <w:rFonts w:ascii="Arial" w:hAnsi="Arial" w:cs="Arial" w:eastAsia="Arial"/>
          <w:lang w:val="he-IL" w:bidi="he-IL"/>
          <w:sz w:val="24"/>
          <w:rtl/>
          <w:szCs w:val="24"/>
        </w:rPr>
        <w:t xml:space="preserve">      ☐ א. בדידות וריחוק</w:t>
      </w:r>
    </w:p>
    <w:p>
      <w:pPr>
        <w:bidi/>
        <w:spacing w:after="20"/>
        <w:jc w:val="right"/>
      </w:pPr>
      <w:r>
        <w:rPr>
          <w:rFonts w:ascii="Arial" w:hAnsi="Arial" w:cs="Arial" w:eastAsia="Arial"/>
          <w:lang w:val="he-IL" w:bidi="he-IL"/>
          <w:sz w:val="24"/>
          <w:rtl/>
          <w:szCs w:val="24"/>
        </w:rPr>
        <w:t xml:space="preserve">      ☐ ב. חיבור בין אנשים שונים</w:t>
      </w:r>
    </w:p>
    <w:p>
      <w:pPr>
        <w:bidi/>
        <w:spacing w:after="20"/>
        <w:jc w:val="right"/>
      </w:pPr>
      <w:r>
        <w:rPr>
          <w:rFonts w:ascii="Arial" w:hAnsi="Arial" w:cs="Arial" w:eastAsia="Arial"/>
          <w:lang w:val="he-IL" w:bidi="he-IL"/>
          <w:sz w:val="24"/>
          <w:rtl/>
          <w:szCs w:val="24"/>
        </w:rPr>
        <w:t xml:space="preserve">      ☐ ג. פחד מהעולם</w:t>
      </w:r>
    </w:p>
    <w:p>
      <w:pPr>
        <w:bidi/>
        <w:spacing w:after="20"/>
        <w:jc w:val="right"/>
      </w:pPr>
      <w:r>
        <w:rPr>
          <w:rFonts w:ascii="Arial" w:hAnsi="Arial" w:cs="Arial" w:eastAsia="Arial"/>
          <w:lang w:val="he-IL" w:bidi="he-IL"/>
          <w:sz w:val="24"/>
          <w:rtl/>
          <w:szCs w:val="24"/>
        </w:rPr>
        <w:t xml:space="preserve">      ☐ ד. תחרות בין חברים</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5 · ביחד וישראליות – משפט סתמי ודרגות השוואה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בישראל __________ חומוס כמעט בכל מקום.</w:t>
      </w:r>
    </w:p>
    <w:p>
      <w:pPr>
        <w:bidi/>
        <w:spacing w:after="80"/>
        <w:jc w:val="right"/>
      </w:pPr>
      <w:r>
        <w:rPr>
          <w:rFonts w:ascii="Arial" w:hAnsi="Arial" w:cs="Arial" w:eastAsia="Arial"/>
          <w:lang w:val="he-IL" w:bidi="he-IL"/>
          <w:sz w:val="24"/>
          <w:rtl/>
          <w:szCs w:val="24"/>
        </w:rPr>
        <w:t>2. פלאפל הוא ה__________ ישראלי מכל המאכלים, לפי השיר.</w:t>
      </w:r>
    </w:p>
    <w:p>
      <w:pPr>
        <w:bidi/>
        <w:spacing w:after="80"/>
        <w:jc w:val="right"/>
      </w:pPr>
      <w:r>
        <w:rPr>
          <w:rFonts w:ascii="Arial" w:hAnsi="Arial" w:cs="Arial" w:eastAsia="Arial"/>
          <w:lang w:val="he-IL" w:bidi="he-IL"/>
          <w:sz w:val="24"/>
          <w:rtl/>
          <w:szCs w:val="24"/>
        </w:rPr>
        <w:t>3. במשפט סתמי הפועל בא בגוף __________ רבים, בלי לציין מי בדיוק עושה את הפעולה.</w:t>
      </w:r>
    </w:p>
    <w:p>
      <w:pPr>
        <w:bidi/>
        <w:spacing w:after="80"/>
        <w:jc w:val="right"/>
      </w:pPr>
      <w:r>
        <w:rPr>
          <w:rFonts w:ascii="Arial" w:hAnsi="Arial" w:cs="Arial" w:eastAsia="Arial"/>
          <w:lang w:val="he-IL" w:bidi="he-IL"/>
          <w:sz w:val="24"/>
          <w:rtl/>
          <w:szCs w:val="24"/>
        </w:rPr>
        <w:t>4. בדרגות ההשוואה: ישראלי – יותר ישראלי – __________ ישראלי.</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ביחד וישראליות – חשיבה וכתיבה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כתבו משפט סתמי אחד על מנהג ישראלי מוכר, בלי לציין מי עושה את הפעולה.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בחרו שני ביטויי סלנג מהיחידה (למשל תכלס, סבבה, יהיה בסדר) והסבירו מתי משתמשים בהם ומה הם מבטאים על ה'ישראליות'.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פסקה קצרה: מה, לדעתכם, מחבר בין אנשים שונים לכדי קבוצה אחת שמרגישה 'ביחד'? התבססו על רעיון השיתוף מהשירים שלמדנו.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חזרה מסכמת – שאלות אמריקאיות ממגוון היחידות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אומרים כשפוגשים מישהו חדש?</w:t>
      </w:r>
    </w:p>
    <w:p>
      <w:pPr>
        <w:bidi/>
        <w:spacing w:after="20"/>
        <w:jc w:val="right"/>
      </w:pPr>
      <w:r>
        <w:rPr>
          <w:rFonts w:ascii="Arial" w:hAnsi="Arial" w:cs="Arial" w:eastAsia="Arial"/>
          <w:lang w:val="he-IL" w:bidi="he-IL"/>
          <w:sz w:val="24"/>
          <w:rtl/>
          <w:szCs w:val="24"/>
        </w:rPr>
        <w:t xml:space="preserve">      ☐ א. שלום</w:t>
      </w:r>
    </w:p>
    <w:p>
      <w:pPr>
        <w:bidi/>
        <w:spacing w:after="20"/>
        <w:jc w:val="right"/>
      </w:pPr>
      <w:r>
        <w:rPr>
          <w:rFonts w:ascii="Arial" w:hAnsi="Arial" w:cs="Arial" w:eastAsia="Arial"/>
          <w:lang w:val="he-IL" w:bidi="he-IL"/>
          <w:sz w:val="24"/>
          <w:rtl/>
          <w:szCs w:val="24"/>
        </w:rPr>
        <w:t xml:space="preserve">      ☐ ב. להתראות</w:t>
      </w:r>
    </w:p>
    <w:p>
      <w:pPr>
        <w:bidi/>
        <w:spacing w:after="20"/>
        <w:jc w:val="right"/>
      </w:pPr>
      <w:r>
        <w:rPr>
          <w:rFonts w:ascii="Arial" w:hAnsi="Arial" w:cs="Arial" w:eastAsia="Arial"/>
          <w:lang w:val="he-IL" w:bidi="he-IL"/>
          <w:sz w:val="24"/>
          <w:rtl/>
          <w:szCs w:val="24"/>
        </w:rPr>
        <w:t xml:space="preserve">      ☐ ג. ישר</w:t>
      </w:r>
    </w:p>
    <w:p>
      <w:pPr>
        <w:bidi/>
        <w:spacing w:after="20"/>
        <w:jc w:val="right"/>
      </w:pPr>
      <w:r>
        <w:rPr>
          <w:rFonts w:ascii="Arial" w:hAnsi="Arial" w:cs="Arial" w:eastAsia="Arial"/>
          <w:lang w:val="he-IL" w:bidi="he-IL"/>
          <w:sz w:val="24"/>
          <w:rtl/>
          <w:szCs w:val="24"/>
        </w:rPr>
        <w:t xml:space="preserve">      ☐ ד. אחר כך</w:t>
      </w:r>
    </w:p>
    <w:p>
      <w:pPr>
        <w:bidi/>
        <w:spacing w:after="20"/>
        <w:jc w:val="right"/>
      </w:pPr>
      <w:r>
        <w:rPr>
          <w:rFonts w:ascii="Arial" w:hAnsi="Arial" w:cs="Arial" w:eastAsia="Arial"/>
          <w:lang w:val="he-IL" w:bidi="he-IL"/>
          <w:b/>
          <w:sz w:val="24"/>
          <w:rtl/>
          <w:szCs w:val="24"/>
          <w:bCs/>
        </w:rPr>
        <w:t>2. איזו סיומת הופכת שם ארץ לשם שפה (כמו צרפת → צרפתית)?</w:t>
      </w:r>
    </w:p>
    <w:p>
      <w:pPr>
        <w:bidi/>
        <w:spacing w:after="20"/>
        <w:jc w:val="right"/>
      </w:pPr>
      <w:r>
        <w:rPr>
          <w:rFonts w:ascii="Arial" w:hAnsi="Arial" w:cs="Arial" w:eastAsia="Arial"/>
          <w:lang w:val="he-IL" w:bidi="he-IL"/>
          <w:sz w:val="24"/>
          <w:rtl/>
          <w:szCs w:val="24"/>
        </w:rPr>
        <w:t xml:space="preserve">      ☐ א. ־ים</w:t>
      </w:r>
    </w:p>
    <w:p>
      <w:pPr>
        <w:bidi/>
        <w:spacing w:after="20"/>
        <w:jc w:val="right"/>
      </w:pPr>
      <w:r>
        <w:rPr>
          <w:rFonts w:ascii="Arial" w:hAnsi="Arial" w:cs="Arial" w:eastAsia="Arial"/>
          <w:lang w:val="he-IL" w:bidi="he-IL"/>
          <w:sz w:val="24"/>
          <w:rtl/>
          <w:szCs w:val="24"/>
        </w:rPr>
        <w:t xml:space="preserve">      ☐ ב. ־ית</w:t>
      </w:r>
    </w:p>
    <w:p>
      <w:pPr>
        <w:bidi/>
        <w:spacing w:after="20"/>
        <w:jc w:val="right"/>
      </w:pPr>
      <w:r>
        <w:rPr>
          <w:rFonts w:ascii="Arial" w:hAnsi="Arial" w:cs="Arial" w:eastAsia="Arial"/>
          <w:lang w:val="he-IL" w:bidi="he-IL"/>
          <w:sz w:val="24"/>
          <w:rtl/>
          <w:szCs w:val="24"/>
        </w:rPr>
        <w:t xml:space="preserve">      ☐ ג. ־ת</w:t>
      </w:r>
    </w:p>
    <w:p>
      <w:pPr>
        <w:bidi/>
        <w:spacing w:after="20"/>
        <w:jc w:val="right"/>
      </w:pPr>
      <w:r>
        <w:rPr>
          <w:rFonts w:ascii="Arial" w:hAnsi="Arial" w:cs="Arial" w:eastAsia="Arial"/>
          <w:lang w:val="he-IL" w:bidi="he-IL"/>
          <w:sz w:val="24"/>
          <w:rtl/>
          <w:szCs w:val="24"/>
        </w:rPr>
        <w:t xml:space="preserve">      ☐ ד. ־ני</w:t>
      </w:r>
    </w:p>
    <w:p>
      <w:pPr>
        <w:bidi/>
        <w:spacing w:after="20"/>
        <w:jc w:val="right"/>
      </w:pPr>
      <w:r>
        <w:rPr>
          <w:rFonts w:ascii="Arial" w:hAnsi="Arial" w:cs="Arial" w:eastAsia="Arial"/>
          <w:lang w:val="he-IL" w:bidi="he-IL"/>
          <w:b/>
          <w:sz w:val="24"/>
          <w:rtl/>
          <w:szCs w:val="24"/>
          <w:bCs/>
        </w:rPr>
        <w:t>3. איזו מילה מסדרת פעולות ברצף זמן (כמו ביחידת העבודה והלו"ז)?</w:t>
      </w:r>
    </w:p>
    <w:p>
      <w:pPr>
        <w:bidi/>
        <w:spacing w:after="20"/>
        <w:jc w:val="right"/>
      </w:pPr>
      <w:r>
        <w:rPr>
          <w:rFonts w:ascii="Arial" w:hAnsi="Arial" w:cs="Arial" w:eastAsia="Arial"/>
          <w:lang w:val="he-IL" w:bidi="he-IL"/>
          <w:sz w:val="24"/>
          <w:rtl/>
          <w:szCs w:val="24"/>
        </w:rPr>
        <w:t xml:space="preserve">      ☐ א. אחר כך</w:t>
      </w:r>
    </w:p>
    <w:p>
      <w:pPr>
        <w:bidi/>
        <w:spacing w:after="20"/>
        <w:jc w:val="right"/>
      </w:pPr>
      <w:r>
        <w:rPr>
          <w:rFonts w:ascii="Arial" w:hAnsi="Arial" w:cs="Arial" w:eastAsia="Arial"/>
          <w:lang w:val="he-IL" w:bidi="he-IL"/>
          <w:sz w:val="24"/>
          <w:rtl/>
          <w:szCs w:val="24"/>
        </w:rPr>
        <w:t xml:space="preserve">      ☐ ב. הכי</w:t>
      </w:r>
    </w:p>
    <w:p>
      <w:pPr>
        <w:bidi/>
        <w:spacing w:after="20"/>
        <w:jc w:val="right"/>
      </w:pPr>
      <w:r>
        <w:rPr>
          <w:rFonts w:ascii="Arial" w:hAnsi="Arial" w:cs="Arial" w:eastAsia="Arial"/>
          <w:lang w:val="he-IL" w:bidi="he-IL"/>
          <w:sz w:val="24"/>
          <w:rtl/>
          <w:szCs w:val="24"/>
        </w:rPr>
        <w:t xml:space="preserve">      ☐ ג. ביחד</w:t>
      </w:r>
    </w:p>
    <w:p>
      <w:pPr>
        <w:bidi/>
        <w:spacing w:after="20"/>
        <w:jc w:val="right"/>
      </w:pPr>
      <w:r>
        <w:rPr>
          <w:rFonts w:ascii="Arial" w:hAnsi="Arial" w:cs="Arial" w:eastAsia="Arial"/>
          <w:lang w:val="he-IL" w:bidi="he-IL"/>
          <w:sz w:val="24"/>
          <w:rtl/>
          <w:szCs w:val="24"/>
        </w:rPr>
        <w:t xml:space="preserve">      ☐ ד. בריא</w:t>
      </w:r>
    </w:p>
    <w:p>
      <w:pPr>
        <w:bidi/>
        <w:spacing w:after="20"/>
        <w:jc w:val="right"/>
      </w:pPr>
      <w:r>
        <w:rPr>
          <w:rFonts w:ascii="Arial" w:hAnsi="Arial" w:cs="Arial" w:eastAsia="Arial"/>
          <w:lang w:val="he-IL" w:bidi="he-IL"/>
          <w:b/>
          <w:sz w:val="24"/>
          <w:rtl/>
          <w:szCs w:val="24"/>
          <w:bCs/>
        </w:rPr>
        <w:t>4. באיזה בניין נמצאת המילה 'מתקלח'?</w:t>
      </w:r>
    </w:p>
    <w:p>
      <w:pPr>
        <w:bidi/>
        <w:spacing w:after="20"/>
        <w:jc w:val="right"/>
      </w:pPr>
      <w:r>
        <w:rPr>
          <w:rFonts w:ascii="Arial" w:hAnsi="Arial" w:cs="Arial" w:eastAsia="Arial"/>
          <w:lang w:val="he-IL" w:bidi="he-IL"/>
          <w:sz w:val="24"/>
          <w:rtl/>
          <w:szCs w:val="24"/>
        </w:rPr>
        <w:t xml:space="preserve">      ☐ א. פעל</w:t>
      </w:r>
    </w:p>
    <w:p>
      <w:pPr>
        <w:bidi/>
        <w:spacing w:after="20"/>
        <w:jc w:val="right"/>
      </w:pPr>
      <w:r>
        <w:rPr>
          <w:rFonts w:ascii="Arial" w:hAnsi="Arial" w:cs="Arial" w:eastAsia="Arial"/>
          <w:lang w:val="he-IL" w:bidi="he-IL"/>
          <w:sz w:val="24"/>
          <w:rtl/>
          <w:szCs w:val="24"/>
        </w:rPr>
        <w:t xml:space="preserve">      ☐ ב. פיעל</w:t>
      </w:r>
    </w:p>
    <w:p>
      <w:pPr>
        <w:bidi/>
        <w:spacing w:after="20"/>
        <w:jc w:val="right"/>
      </w:pPr>
      <w:r>
        <w:rPr>
          <w:rFonts w:ascii="Arial" w:hAnsi="Arial" w:cs="Arial" w:eastAsia="Arial"/>
          <w:lang w:val="he-IL" w:bidi="he-IL"/>
          <w:sz w:val="24"/>
          <w:rtl/>
          <w:szCs w:val="24"/>
        </w:rPr>
        <w:t xml:space="preserve">      ☐ ג. התפעל</w:t>
      </w:r>
    </w:p>
    <w:p>
      <w:pPr>
        <w:bidi/>
        <w:spacing w:after="20"/>
        <w:jc w:val="right"/>
      </w:pPr>
      <w:r>
        <w:rPr>
          <w:rFonts w:ascii="Arial" w:hAnsi="Arial" w:cs="Arial" w:eastAsia="Arial"/>
          <w:lang w:val="he-IL" w:bidi="he-IL"/>
          <w:sz w:val="24"/>
          <w:rtl/>
          <w:szCs w:val="24"/>
        </w:rPr>
        <w:t xml:space="preserve">      ☐ ד. הפעיל</w:t>
      </w:r>
    </w:p>
    <w:p>
      <w:pPr>
        <w:bidi/>
        <w:spacing w:after="20"/>
        <w:jc w:val="right"/>
      </w:pPr>
      <w:r>
        <w:rPr>
          <w:rFonts w:ascii="Arial" w:hAnsi="Arial" w:cs="Arial" w:eastAsia="Arial"/>
          <w:lang w:val="he-IL" w:bidi="he-IL"/>
          <w:b/>
          <w:sz w:val="24"/>
          <w:rtl/>
          <w:szCs w:val="24"/>
          <w:bCs/>
        </w:rPr>
        <w:t>5. איזו סיומת מציינת צורת זוגי בעברית (כמו ידיים, רגליים)?</w:t>
      </w:r>
    </w:p>
    <w:p>
      <w:pPr>
        <w:bidi/>
        <w:spacing w:after="20"/>
        <w:jc w:val="right"/>
      </w:pPr>
      <w:r>
        <w:rPr>
          <w:rFonts w:ascii="Arial" w:hAnsi="Arial" w:cs="Arial" w:eastAsia="Arial"/>
          <w:lang w:val="he-IL" w:bidi="he-IL"/>
          <w:sz w:val="24"/>
          <w:rtl/>
          <w:szCs w:val="24"/>
        </w:rPr>
        <w:t xml:space="preserve">      ☐ א. ־ים</w:t>
      </w:r>
    </w:p>
    <w:p>
      <w:pPr>
        <w:bidi/>
        <w:spacing w:after="20"/>
        <w:jc w:val="right"/>
      </w:pPr>
      <w:r>
        <w:rPr>
          <w:rFonts w:ascii="Arial" w:hAnsi="Arial" w:cs="Arial" w:eastAsia="Arial"/>
          <w:lang w:val="he-IL" w:bidi="he-IL"/>
          <w:sz w:val="24"/>
          <w:rtl/>
          <w:szCs w:val="24"/>
        </w:rPr>
        <w:t xml:space="preserve">      ☐ ב. ־ות</w:t>
      </w:r>
    </w:p>
    <w:p>
      <w:pPr>
        <w:bidi/>
        <w:spacing w:after="20"/>
        <w:jc w:val="right"/>
      </w:pPr>
      <w:r>
        <w:rPr>
          <w:rFonts w:ascii="Arial" w:hAnsi="Arial" w:cs="Arial" w:eastAsia="Arial"/>
          <w:lang w:val="he-IL" w:bidi="he-IL"/>
          <w:sz w:val="24"/>
          <w:rtl/>
          <w:szCs w:val="24"/>
        </w:rPr>
        <w:t xml:space="preserve">      ☐ ג. ־ַיִם</w:t>
      </w:r>
    </w:p>
    <w:p>
      <w:pPr>
        <w:bidi/>
        <w:spacing w:after="20"/>
        <w:jc w:val="right"/>
      </w:pPr>
      <w:r>
        <w:rPr>
          <w:rFonts w:ascii="Arial" w:hAnsi="Arial" w:cs="Arial" w:eastAsia="Arial"/>
          <w:lang w:val="he-IL" w:bidi="he-IL"/>
          <w:sz w:val="24"/>
          <w:rtl/>
          <w:szCs w:val="24"/>
        </w:rPr>
        <w:t xml:space="preserve">      ☐ ד. ־ה</w:t>
      </w:r>
    </w:p>
    <w:p>
      <w:pPr>
        <w:bidi/>
        <w:spacing w:after="20"/>
        <w:jc w:val="right"/>
      </w:pPr>
      <w:r>
        <w:rPr>
          <w:rFonts w:ascii="Arial" w:hAnsi="Arial" w:cs="Arial" w:eastAsia="Arial"/>
          <w:lang w:val="he-IL" w:bidi="he-IL"/>
          <w:b/>
          <w:sz w:val="24"/>
          <w:rtl/>
          <w:szCs w:val="24"/>
          <w:bCs/>
        </w:rPr>
        <w:t>6. מהו משפט סתמי כמו 'אומרים ש...'?</w:t>
      </w:r>
    </w:p>
    <w:p>
      <w:pPr>
        <w:bidi/>
        <w:spacing w:after="20"/>
        <w:jc w:val="right"/>
      </w:pPr>
      <w:r>
        <w:rPr>
          <w:rFonts w:ascii="Arial" w:hAnsi="Arial" w:cs="Arial" w:eastAsia="Arial"/>
          <w:lang w:val="he-IL" w:bidi="he-IL"/>
          <w:sz w:val="24"/>
          <w:rtl/>
          <w:szCs w:val="24"/>
        </w:rPr>
        <w:t xml:space="preserve">      ☐ א. משפט עם נושא מפורש</w:t>
      </w:r>
    </w:p>
    <w:p>
      <w:pPr>
        <w:bidi/>
        <w:spacing w:after="20"/>
        <w:jc w:val="right"/>
      </w:pPr>
      <w:r>
        <w:rPr>
          <w:rFonts w:ascii="Arial" w:hAnsi="Arial" w:cs="Arial" w:eastAsia="Arial"/>
          <w:lang w:val="he-IL" w:bidi="he-IL"/>
          <w:sz w:val="24"/>
          <w:rtl/>
          <w:szCs w:val="24"/>
        </w:rPr>
        <w:t xml:space="preserve">      ☐ ב. משפט בגוף שלישי רבים בלי נושא מפורש</w:t>
      </w:r>
    </w:p>
    <w:p>
      <w:pPr>
        <w:bidi/>
        <w:spacing w:after="20"/>
        <w:jc w:val="right"/>
      </w:pPr>
      <w:r>
        <w:rPr>
          <w:rFonts w:ascii="Arial" w:hAnsi="Arial" w:cs="Arial" w:eastAsia="Arial"/>
          <w:lang w:val="he-IL" w:bidi="he-IL"/>
          <w:sz w:val="24"/>
          <w:rtl/>
          <w:szCs w:val="24"/>
        </w:rPr>
        <w:t xml:space="preserve">      ☐ ג. משפט בלשון עבר</w:t>
      </w:r>
    </w:p>
    <w:p>
      <w:pPr>
        <w:bidi/>
        <w:spacing w:after="20"/>
        <w:jc w:val="right"/>
      </w:pPr>
      <w:r>
        <w:rPr>
          <w:rFonts w:ascii="Arial" w:hAnsi="Arial" w:cs="Arial" w:eastAsia="Arial"/>
          <w:lang w:val="he-IL" w:bidi="he-IL"/>
          <w:sz w:val="24"/>
          <w:rtl/>
          <w:szCs w:val="24"/>
        </w:rPr>
        <w:t xml:space="preserve">      ☐ ד. משפט שאלה</w:t>
      </w:r>
    </w:p>
    <w:p>
      <w:pPr>
        <w:bidi/>
        <w:spacing w:after="20"/>
        <w:jc w:val="right"/>
      </w:pPr>
      <w:r>
        <w:rPr>
          <w:rFonts w:ascii="Arial" w:hAnsi="Arial" w:cs="Arial" w:eastAsia="Arial"/>
          <w:lang w:val="he-IL" w:bidi="he-IL"/>
          <w:b/>
          <w:sz w:val="24"/>
          <w:rtl/>
          <w:szCs w:val="24"/>
          <w:bCs/>
        </w:rPr>
        <w:t>7. איזה איבר גוף הוא בלשון נקבה, ולכן אומרים עליו 'כואבת לי ה___'?</w:t>
      </w:r>
    </w:p>
    <w:p>
      <w:pPr>
        <w:bidi/>
        <w:spacing w:after="20"/>
        <w:jc w:val="right"/>
      </w:pPr>
      <w:r>
        <w:rPr>
          <w:rFonts w:ascii="Arial" w:hAnsi="Arial" w:cs="Arial" w:eastAsia="Arial"/>
          <w:lang w:val="he-IL" w:bidi="he-IL"/>
          <w:sz w:val="24"/>
          <w:rtl/>
          <w:szCs w:val="24"/>
        </w:rPr>
        <w:t xml:space="preserve">      ☐ א. ראש</w:t>
      </w:r>
    </w:p>
    <w:p>
      <w:pPr>
        <w:bidi/>
        <w:spacing w:after="20"/>
        <w:jc w:val="right"/>
      </w:pPr>
      <w:r>
        <w:rPr>
          <w:rFonts w:ascii="Arial" w:hAnsi="Arial" w:cs="Arial" w:eastAsia="Arial"/>
          <w:lang w:val="he-IL" w:bidi="he-IL"/>
          <w:sz w:val="24"/>
          <w:rtl/>
          <w:szCs w:val="24"/>
        </w:rPr>
        <w:t xml:space="preserve">      ☐ ב. בטן</w:t>
      </w:r>
    </w:p>
    <w:p>
      <w:pPr>
        <w:bidi/>
        <w:spacing w:after="20"/>
        <w:jc w:val="right"/>
      </w:pPr>
      <w:r>
        <w:rPr>
          <w:rFonts w:ascii="Arial" w:hAnsi="Arial" w:cs="Arial" w:eastAsia="Arial"/>
          <w:lang w:val="he-IL" w:bidi="he-IL"/>
          <w:sz w:val="24"/>
          <w:rtl/>
          <w:szCs w:val="24"/>
        </w:rPr>
        <w:t xml:space="preserve">      ☐ ג. גב</w:t>
      </w:r>
    </w:p>
    <w:p>
      <w:pPr>
        <w:bidi/>
        <w:spacing w:after="20"/>
        <w:jc w:val="right"/>
      </w:pPr>
      <w:r>
        <w:rPr>
          <w:rFonts w:ascii="Arial" w:hAnsi="Arial" w:cs="Arial" w:eastAsia="Arial"/>
          <w:lang w:val="he-IL" w:bidi="he-IL"/>
          <w:sz w:val="24"/>
          <w:rtl/>
          <w:szCs w:val="24"/>
        </w:rPr>
        <w:t xml:space="preserve">      ☐ ד. לב</w:t>
      </w:r>
    </w:p>
    <w:p>
      <w:pPr>
        <w:bidi/>
        <w:spacing w:after="20"/>
        <w:jc w:val="right"/>
      </w:pPr>
      <w:r>
        <w:rPr>
          <w:rFonts w:ascii="Arial" w:hAnsi="Arial" w:cs="Arial" w:eastAsia="Arial"/>
          <w:lang w:val="he-IL" w:bidi="he-IL"/>
          <w:b/>
          <w:sz w:val="24"/>
          <w:rtl/>
          <w:szCs w:val="24"/>
          <w:bCs/>
        </w:rPr>
        <w:t>8. איזה ביטוי שייך למשלב דיבור יומיומי (סלנג), כמו ביחידה 'הכי ישראלי'?</w:t>
      </w:r>
    </w:p>
    <w:p>
      <w:pPr>
        <w:bidi/>
        <w:spacing w:after="20"/>
        <w:jc w:val="right"/>
      </w:pPr>
      <w:r>
        <w:rPr>
          <w:rFonts w:ascii="Arial" w:hAnsi="Arial" w:cs="Arial" w:eastAsia="Arial"/>
          <w:lang w:val="he-IL" w:bidi="he-IL"/>
          <w:sz w:val="24"/>
          <w:rtl/>
          <w:szCs w:val="24"/>
        </w:rPr>
        <w:t xml:space="preserve">      ☐ א. תכלס</w:t>
      </w:r>
    </w:p>
    <w:p>
      <w:pPr>
        <w:bidi/>
        <w:spacing w:after="20"/>
        <w:jc w:val="right"/>
      </w:pPr>
      <w:r>
        <w:rPr>
          <w:rFonts w:ascii="Arial" w:hAnsi="Arial" w:cs="Arial" w:eastAsia="Arial"/>
          <w:lang w:val="he-IL" w:bidi="he-IL"/>
          <w:sz w:val="24"/>
          <w:rtl/>
          <w:szCs w:val="24"/>
        </w:rPr>
        <w:t xml:space="preserve">      ☐ ב. מורה</w:t>
      </w:r>
    </w:p>
    <w:p>
      <w:pPr>
        <w:bidi/>
        <w:spacing w:after="20"/>
        <w:jc w:val="right"/>
      </w:pPr>
      <w:r>
        <w:rPr>
          <w:rFonts w:ascii="Arial" w:hAnsi="Arial" w:cs="Arial" w:eastAsia="Arial"/>
          <w:lang w:val="he-IL" w:bidi="he-IL"/>
          <w:sz w:val="24"/>
          <w:rtl/>
          <w:szCs w:val="24"/>
        </w:rPr>
        <w:t xml:space="preserve">      ☐ ג. שפה</w:t>
      </w:r>
    </w:p>
    <w:p>
      <w:pPr>
        <w:bidi/>
        <w:spacing w:after="20"/>
        <w:jc w:val="right"/>
      </w:pPr>
      <w:r>
        <w:rPr>
          <w:rFonts w:ascii="Arial" w:hAnsi="Arial" w:cs="Arial" w:eastAsia="Arial"/>
          <w:lang w:val="he-IL" w:bidi="he-IL"/>
          <w:sz w:val="24"/>
          <w:rtl/>
          <w:szCs w:val="24"/>
        </w:rPr>
        <w:t xml:space="preserve">      ☐ ד. תרופה</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חזרה מסכמת – כתיבה ומחשבה משלבת</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השוו בין צורת הנקבה של שם מקצוע (כמו 'נהגת') לבין צורת הנקבה של תואר (כמו 'ישראלית'). מה דומה ומה שונה בסיומות?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בחרו שתי יחידות מהספר ותארו כיצד כל אחת מהן משתמשת בשיר כדי ללמד נושא לשוני שונה.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פסקה קצרה (4-5 משפטים) המשלבת מילים מלפחות שלוש יחידות שונות (כגון שפה, עבודה, בריאות, ביחד) ומתארת יום בחייכם.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בחרו שיר אחד מהיחידות ונסו לזהות בו שתי תופעות לשוניות שלמדתם – הסבירו כל אחת במשפט.</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כתבו משפט סתמי ומשפט רגיל (עם נושא ברור) על אותו נושא, והסבירו את ההבדל ביניהם.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איזו מילה חדשה מהיחידות הכי מייצגת בעיניכם את הנושא של 'ביחד'? נמקו בשתיים-שלוש שורות.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לומדים עברית בשירים: 20 יחידות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